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219C8" w14:textId="22C41FA0" w:rsidR="00C824D1" w:rsidRPr="00C824D1" w:rsidRDefault="000229EC" w:rsidP="005D6224">
      <w:pPr>
        <w:pStyle w:val="NoSpacing"/>
      </w:pPr>
      <w:r w:rsidRPr="00C824D1">
        <w:drawing>
          <wp:anchor distT="0" distB="0" distL="114300" distR="114300" simplePos="0" relativeHeight="251654144" behindDoc="0" locked="0" layoutInCell="1" allowOverlap="1" wp14:anchorId="641ACE25" wp14:editId="231CFFAF">
            <wp:simplePos x="0" y="0"/>
            <wp:positionH relativeFrom="column">
              <wp:posOffset>305435</wp:posOffset>
            </wp:positionH>
            <wp:positionV relativeFrom="paragraph">
              <wp:posOffset>-66001</wp:posOffset>
            </wp:positionV>
            <wp:extent cx="6239726" cy="1112520"/>
            <wp:effectExtent l="0" t="0" r="8890" b="0"/>
            <wp:wrapNone/>
            <wp:docPr id="977775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75997" name=""/>
                    <pic:cNvPicPr/>
                  </pic:nvPicPr>
                  <pic:blipFill rotWithShape="1">
                    <a:blip r:embed="rId6"/>
                    <a:srcRect b="5092"/>
                    <a:stretch>
                      <a:fillRect/>
                    </a:stretch>
                  </pic:blipFill>
                  <pic:spPr bwMode="auto">
                    <a:xfrm>
                      <a:off x="0" y="0"/>
                      <a:ext cx="6239726" cy="1112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FBBC70" w14:textId="64B906C2" w:rsidR="000229EC" w:rsidRDefault="000229EC" w:rsidP="005D6224">
      <w:pPr>
        <w:pStyle w:val="NoSpacing"/>
        <w:jc w:val="center"/>
        <w:rPr>
          <w:rFonts w:ascii="Arial" w:hAnsi="Arial" w:cs="Arial"/>
          <w:b/>
          <w:bCs/>
        </w:rPr>
      </w:pPr>
    </w:p>
    <w:p w14:paraId="1035DBCF" w14:textId="77777777" w:rsidR="000229EC" w:rsidRDefault="000229EC" w:rsidP="005D6224">
      <w:pPr>
        <w:pStyle w:val="NoSpacing"/>
        <w:jc w:val="center"/>
        <w:rPr>
          <w:rFonts w:ascii="Arial" w:hAnsi="Arial" w:cs="Arial"/>
          <w:b/>
          <w:bCs/>
        </w:rPr>
      </w:pPr>
    </w:p>
    <w:p w14:paraId="585394E6" w14:textId="77777777" w:rsidR="000229EC" w:rsidRDefault="000229EC" w:rsidP="005D6224">
      <w:pPr>
        <w:pStyle w:val="NoSpacing"/>
        <w:jc w:val="center"/>
        <w:rPr>
          <w:rFonts w:ascii="Arial" w:hAnsi="Arial" w:cs="Arial"/>
          <w:b/>
          <w:bCs/>
        </w:rPr>
      </w:pPr>
    </w:p>
    <w:p w14:paraId="7DC4F7E0" w14:textId="77777777" w:rsidR="000229EC" w:rsidRDefault="000229EC" w:rsidP="005D6224">
      <w:pPr>
        <w:pStyle w:val="NoSpacing"/>
        <w:jc w:val="center"/>
        <w:rPr>
          <w:rFonts w:ascii="Arial" w:hAnsi="Arial" w:cs="Arial"/>
          <w:b/>
          <w:bCs/>
        </w:rPr>
      </w:pPr>
    </w:p>
    <w:p w14:paraId="54AEFCE1" w14:textId="77777777" w:rsidR="000229EC" w:rsidRDefault="000229EC" w:rsidP="005D6224">
      <w:pPr>
        <w:pStyle w:val="NoSpacing"/>
        <w:jc w:val="center"/>
        <w:rPr>
          <w:rFonts w:ascii="Arial" w:hAnsi="Arial" w:cs="Arial"/>
          <w:b/>
          <w:bCs/>
        </w:rPr>
      </w:pPr>
    </w:p>
    <w:p w14:paraId="4A93A775" w14:textId="77777777" w:rsidR="000229EC" w:rsidRDefault="000229EC" w:rsidP="005D6224">
      <w:pPr>
        <w:pStyle w:val="NoSpacing"/>
        <w:jc w:val="center"/>
        <w:rPr>
          <w:rFonts w:ascii="Arial" w:hAnsi="Arial" w:cs="Arial"/>
          <w:b/>
          <w:bCs/>
        </w:rPr>
      </w:pPr>
    </w:p>
    <w:p w14:paraId="1B8314CF" w14:textId="0CA900E2" w:rsidR="005D6224" w:rsidRPr="005D6224" w:rsidRDefault="00C824D1" w:rsidP="005D6224">
      <w:pPr>
        <w:pStyle w:val="NoSpacing"/>
        <w:jc w:val="center"/>
        <w:rPr>
          <w:rFonts w:ascii="Arial" w:hAnsi="Arial" w:cs="Arial"/>
          <w:b/>
          <w:bCs/>
        </w:rPr>
      </w:pPr>
      <w:r w:rsidRPr="005D6224">
        <w:rPr>
          <w:rFonts w:ascii="Arial" w:hAnsi="Arial" w:cs="Arial"/>
          <w:b/>
          <w:bCs/>
        </w:rPr>
        <w:t>C</w:t>
      </w:r>
      <w:r w:rsidR="001F610B" w:rsidRPr="005D6224">
        <w:rPr>
          <w:rFonts w:ascii="Arial" w:hAnsi="Arial" w:cs="Arial"/>
          <w:b/>
          <w:bCs/>
        </w:rPr>
        <w:t>OFNODION PWYLLGOR CYLLID | FINANCE COMMITTEE MINUTES</w:t>
      </w:r>
    </w:p>
    <w:p w14:paraId="1C055271" w14:textId="1A43FEC3" w:rsidR="004527FD" w:rsidRDefault="001F610B" w:rsidP="005D6224">
      <w:pPr>
        <w:pStyle w:val="NoSpacing"/>
        <w:jc w:val="center"/>
        <w:rPr>
          <w:rFonts w:ascii="Arial" w:hAnsi="Arial" w:cs="Arial"/>
          <w:b/>
          <w:bCs/>
        </w:rPr>
      </w:pPr>
      <w:r w:rsidRPr="005D6224">
        <w:rPr>
          <w:rFonts w:ascii="Arial" w:hAnsi="Arial" w:cs="Arial"/>
          <w:b/>
          <w:bCs/>
        </w:rPr>
        <w:t>16 Hydref 2026 | 16 October 2026     •     15:30</w:t>
      </w:r>
    </w:p>
    <w:p w14:paraId="7276BB47" w14:textId="0117D2BF" w:rsidR="000229EC" w:rsidRPr="005D6224" w:rsidRDefault="000229EC" w:rsidP="005D6224">
      <w:pPr>
        <w:pStyle w:val="NoSpacing"/>
        <w:jc w:val="center"/>
        <w:rPr>
          <w:rFonts w:ascii="Arial" w:hAnsi="Arial" w:cs="Arial"/>
          <w:b/>
          <w:bCs/>
        </w:rPr>
      </w:pPr>
      <w:r w:rsidRPr="000229EC">
        <w:rPr>
          <w:rFonts w:ascii="Arial" w:hAnsi="Arial" w:cs="Arial"/>
          <w:noProof/>
        </w:rPr>
        <mc:AlternateContent>
          <mc:Choice Requires="wps">
            <w:drawing>
              <wp:anchor distT="45720" distB="45720" distL="114300" distR="114300" simplePos="0" relativeHeight="251662336" behindDoc="0" locked="0" layoutInCell="1" allowOverlap="1" wp14:anchorId="57AF740C" wp14:editId="0365E063">
                <wp:simplePos x="0" y="0"/>
                <wp:positionH relativeFrom="column">
                  <wp:posOffset>1623695</wp:posOffset>
                </wp:positionH>
                <wp:positionV relativeFrom="paragraph">
                  <wp:posOffset>116205</wp:posOffset>
                </wp:positionV>
                <wp:extent cx="1844040" cy="419100"/>
                <wp:effectExtent l="0" t="0" r="2286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419100"/>
                        </a:xfrm>
                        <a:prstGeom prst="rect">
                          <a:avLst/>
                        </a:prstGeom>
                        <a:noFill/>
                        <a:ln w="9525">
                          <a:solidFill>
                            <a:schemeClr val="bg1"/>
                          </a:solidFill>
                          <a:miter lim="800000"/>
                          <a:headEnd/>
                          <a:tailEnd/>
                        </a:ln>
                      </wps:spPr>
                      <wps:txbx>
                        <w:txbxContent>
                          <w:p w14:paraId="2B273979" w14:textId="5099930F" w:rsidR="000229EC" w:rsidRPr="00C824D1" w:rsidRDefault="000229EC" w:rsidP="000229EC">
                            <w:pPr>
                              <w:pStyle w:val="NoSpacing"/>
                              <w:rPr>
                                <w:rFonts w:ascii="Arial" w:hAnsi="Arial" w:cs="Arial"/>
                                <w:b/>
                                <w:bCs/>
                              </w:rPr>
                            </w:pPr>
                            <w:r w:rsidRPr="00C824D1">
                              <w:rPr>
                                <w:rFonts w:ascii="Arial" w:hAnsi="Arial" w:cs="Arial"/>
                                <w:b/>
                                <w:bCs/>
                              </w:rPr>
                              <w:t>Clerc</w:t>
                            </w:r>
                            <w:r>
                              <w:rPr>
                                <w:rFonts w:ascii="Arial" w:hAnsi="Arial" w:cs="Arial"/>
                                <w:b/>
                                <w:bCs/>
                              </w:rPr>
                              <w:t>/SAG |</w:t>
                            </w:r>
                            <w:r w:rsidRPr="00C824D1">
                              <w:rPr>
                                <w:rFonts w:ascii="Arial" w:hAnsi="Arial" w:cs="Arial"/>
                                <w:b/>
                                <w:bCs/>
                              </w:rPr>
                              <w:t xml:space="preserve"> Clerk</w:t>
                            </w:r>
                            <w:r>
                              <w:rPr>
                                <w:rFonts w:ascii="Arial" w:hAnsi="Arial" w:cs="Arial"/>
                                <w:b/>
                                <w:bCs/>
                              </w:rPr>
                              <w:t>/RFO</w:t>
                            </w:r>
                            <w:r w:rsidRPr="00C824D1">
                              <w:rPr>
                                <w:rFonts w:ascii="Arial" w:hAnsi="Arial" w:cs="Arial"/>
                                <w:b/>
                                <w:bCs/>
                              </w:rPr>
                              <w:t xml:space="preserve">: </w:t>
                            </w:r>
                          </w:p>
                          <w:p w14:paraId="1AD48F02" w14:textId="77777777" w:rsidR="000229EC" w:rsidRPr="00C824D1" w:rsidRDefault="000229EC" w:rsidP="000229EC">
                            <w:pPr>
                              <w:pStyle w:val="NoSpacing"/>
                              <w:rPr>
                                <w:rFonts w:ascii="Arial" w:hAnsi="Arial" w:cs="Arial"/>
                              </w:rPr>
                            </w:pPr>
                            <w:r w:rsidRPr="00C824D1">
                              <w:rPr>
                                <w:rFonts w:ascii="Arial" w:hAnsi="Arial" w:cs="Arial"/>
                              </w:rPr>
                              <w:t>Laura Sutton</w:t>
                            </w:r>
                          </w:p>
                          <w:p w14:paraId="6463749C" w14:textId="0D3F4DD5" w:rsidR="000229EC" w:rsidRDefault="000229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AF740C" id="_x0000_t202" coordsize="21600,21600" o:spt="202" path="m,l,21600r21600,l21600,xe">
                <v:stroke joinstyle="miter"/>
                <v:path gradientshapeok="t" o:connecttype="rect"/>
              </v:shapetype>
              <v:shape id="Text Box 2" o:spid="_x0000_s1026" type="#_x0000_t202" style="position:absolute;left:0;text-align:left;margin-left:127.85pt;margin-top:9.15pt;width:145.2pt;height:33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" filled="f" strokecolor="white [3212]">
                <v:textbox>
                  <w:txbxContent>
                    <w:p w14:paraId="2B273979" w14:textId="5099930F" w:rsidR="000229EC" w:rsidRPr="00C824D1" w:rsidRDefault="000229EC" w:rsidP="000229EC">
                      <w:pPr>
                        <w:pStyle w:val="NoSpacing"/>
                        <w:rPr>
                          <w:rFonts w:ascii="Arial" w:hAnsi="Arial" w:cs="Arial"/>
                          <w:b/>
                          <w:bCs/>
                        </w:rPr>
                      </w:pPr>
                      <w:r w:rsidRPr="00C824D1">
                        <w:rPr>
                          <w:rFonts w:ascii="Arial" w:hAnsi="Arial" w:cs="Arial"/>
                          <w:b/>
                          <w:bCs/>
                        </w:rPr>
                        <w:t>Clerc</w:t>
                      </w:r>
                      <w:r>
                        <w:rPr>
                          <w:rFonts w:ascii="Arial" w:hAnsi="Arial" w:cs="Arial"/>
                          <w:b/>
                          <w:bCs/>
                        </w:rPr>
                        <w:t>/SAG |</w:t>
                      </w:r>
                      <w:r w:rsidRPr="00C824D1">
                        <w:rPr>
                          <w:rFonts w:ascii="Arial" w:hAnsi="Arial" w:cs="Arial"/>
                          <w:b/>
                          <w:bCs/>
                        </w:rPr>
                        <w:t xml:space="preserve"> Clerk</w:t>
                      </w:r>
                      <w:r>
                        <w:rPr>
                          <w:rFonts w:ascii="Arial" w:hAnsi="Arial" w:cs="Arial"/>
                          <w:b/>
                          <w:bCs/>
                        </w:rPr>
                        <w:t>/RFO</w:t>
                      </w:r>
                      <w:r w:rsidRPr="00C824D1">
                        <w:rPr>
                          <w:rFonts w:ascii="Arial" w:hAnsi="Arial" w:cs="Arial"/>
                          <w:b/>
                          <w:bCs/>
                        </w:rPr>
                        <w:t xml:space="preserve">: </w:t>
                      </w:r>
                    </w:p>
                    <w:p w14:paraId="1AD48F02" w14:textId="77777777" w:rsidR="000229EC" w:rsidRPr="00C824D1" w:rsidRDefault="000229EC" w:rsidP="000229EC">
                      <w:pPr>
                        <w:pStyle w:val="NoSpacing"/>
                        <w:rPr>
                          <w:rFonts w:ascii="Arial" w:hAnsi="Arial" w:cs="Arial"/>
                        </w:rPr>
                      </w:pPr>
                      <w:r w:rsidRPr="00C824D1">
                        <w:rPr>
                          <w:rFonts w:ascii="Arial" w:hAnsi="Arial" w:cs="Arial"/>
                        </w:rPr>
                        <w:t>Laura Sutton</w:t>
                      </w:r>
                    </w:p>
                    <w:p w14:paraId="6463749C" w14:textId="0D3F4DD5" w:rsidR="000229EC" w:rsidRDefault="000229EC"/>
                  </w:txbxContent>
                </v:textbox>
              </v:shape>
            </w:pict>
          </mc:Fallback>
        </mc:AlternateContent>
      </w:r>
    </w:p>
    <w:p w14:paraId="13387ED0" w14:textId="5671F258" w:rsidR="004527FD" w:rsidRPr="00C824D1" w:rsidRDefault="001F610B" w:rsidP="00C824D1">
      <w:pPr>
        <w:pStyle w:val="NoSpacing"/>
        <w:rPr>
          <w:rFonts w:ascii="Arial" w:hAnsi="Arial" w:cs="Arial"/>
          <w:b/>
          <w:bCs/>
        </w:rPr>
      </w:pPr>
      <w:proofErr w:type="spellStart"/>
      <w:r w:rsidRPr="00C824D1">
        <w:rPr>
          <w:rFonts w:ascii="Arial" w:hAnsi="Arial" w:cs="Arial"/>
          <w:b/>
          <w:bCs/>
        </w:rPr>
        <w:t>Presennol</w:t>
      </w:r>
      <w:proofErr w:type="spellEnd"/>
      <w:r w:rsidRPr="00C824D1">
        <w:rPr>
          <w:rFonts w:ascii="Arial" w:hAnsi="Arial" w:cs="Arial"/>
          <w:b/>
          <w:bCs/>
        </w:rPr>
        <w:t xml:space="preserve"> </w:t>
      </w:r>
      <w:r w:rsidR="00C824D1">
        <w:rPr>
          <w:rFonts w:ascii="Arial" w:hAnsi="Arial" w:cs="Arial"/>
          <w:b/>
          <w:bCs/>
        </w:rPr>
        <w:t>|</w:t>
      </w:r>
      <w:r w:rsidRPr="00C824D1">
        <w:rPr>
          <w:rFonts w:ascii="Arial" w:hAnsi="Arial" w:cs="Arial"/>
          <w:b/>
          <w:bCs/>
        </w:rPr>
        <w:t xml:space="preserve"> Present: </w:t>
      </w:r>
    </w:p>
    <w:p w14:paraId="21C80A26" w14:textId="7226B028" w:rsidR="00C824D1" w:rsidRPr="00C824D1" w:rsidRDefault="00C824D1" w:rsidP="00C824D1">
      <w:pPr>
        <w:pStyle w:val="NoSpacing"/>
        <w:rPr>
          <w:rFonts w:ascii="Arial" w:hAnsi="Arial" w:cs="Arial"/>
        </w:rPr>
      </w:pPr>
      <w:r w:rsidRPr="00C824D1">
        <w:rPr>
          <w:rFonts w:ascii="Arial" w:hAnsi="Arial" w:cs="Arial"/>
        </w:rPr>
        <w:t>Sioned Wyn</w:t>
      </w:r>
    </w:p>
    <w:p w14:paraId="391750BA" w14:textId="073B1817" w:rsidR="00C824D1" w:rsidRPr="00C824D1" w:rsidRDefault="00C824D1" w:rsidP="00C824D1">
      <w:pPr>
        <w:pStyle w:val="NoSpacing"/>
        <w:rPr>
          <w:rFonts w:ascii="Arial" w:hAnsi="Arial" w:cs="Arial"/>
        </w:rPr>
      </w:pPr>
      <w:r w:rsidRPr="00C824D1">
        <w:rPr>
          <w:rFonts w:ascii="Arial" w:hAnsi="Arial" w:cs="Arial"/>
        </w:rPr>
        <w:t>John Humphreys</w:t>
      </w:r>
    </w:p>
    <w:p w14:paraId="2F92559E" w14:textId="728F238F" w:rsidR="00C824D1" w:rsidRPr="00C824D1" w:rsidRDefault="00C824D1" w:rsidP="00C824D1">
      <w:pPr>
        <w:pStyle w:val="NoSpacing"/>
        <w:rPr>
          <w:rFonts w:ascii="Arial" w:hAnsi="Arial" w:cs="Arial"/>
        </w:rPr>
      </w:pPr>
      <w:r w:rsidRPr="00C824D1">
        <w:rPr>
          <w:rFonts w:ascii="Arial" w:hAnsi="Arial" w:cs="Arial"/>
        </w:rPr>
        <w:t>Gwyneth Davies</w:t>
      </w:r>
    </w:p>
    <w:p w14:paraId="584862CC" w14:textId="1308DA9F" w:rsidR="00C824D1" w:rsidRPr="00C824D1" w:rsidRDefault="00C824D1" w:rsidP="00C824D1">
      <w:pPr>
        <w:pStyle w:val="NoSpacing"/>
        <w:rPr>
          <w:rFonts w:ascii="Arial" w:hAnsi="Arial" w:cs="Arial"/>
        </w:rPr>
      </w:pPr>
      <w:r w:rsidRPr="00C824D1">
        <w:rPr>
          <w:rFonts w:ascii="Arial" w:hAnsi="Arial" w:cs="Arial"/>
        </w:rPr>
        <w:t>Wenda Owen</w:t>
      </w:r>
    </w:p>
    <w:p w14:paraId="4C175B31" w14:textId="24CE6237" w:rsidR="004527FD" w:rsidRPr="00C824D1" w:rsidRDefault="001F610B">
      <w:pPr>
        <w:pStyle w:val="Heading2"/>
        <w:rPr>
          <w:rFonts w:ascii="Arial" w:hAnsi="Arial" w:cs="Arial"/>
          <w:color w:val="auto"/>
          <w:sz w:val="22"/>
          <w:szCs w:val="22"/>
        </w:rPr>
      </w:pPr>
      <w:r w:rsidRPr="00C824D1">
        <w:rPr>
          <w:rFonts w:ascii="Arial" w:hAnsi="Arial" w:cs="Arial"/>
          <w:color w:val="auto"/>
          <w:sz w:val="22"/>
          <w:szCs w:val="22"/>
        </w:rPr>
        <w:t xml:space="preserve">1. </w:t>
      </w:r>
      <w:proofErr w:type="spellStart"/>
      <w:r w:rsidRPr="00C824D1">
        <w:rPr>
          <w:rFonts w:ascii="Arial" w:hAnsi="Arial" w:cs="Arial"/>
          <w:color w:val="auto"/>
          <w:sz w:val="22"/>
          <w:szCs w:val="22"/>
        </w:rPr>
        <w:t>Ymddiheuriada</w:t>
      </w:r>
      <w:proofErr w:type="spellEnd"/>
      <w:r w:rsidR="000229EC">
        <w:rPr>
          <w:rFonts w:ascii="Arial" w:hAnsi="Arial" w:cs="Arial"/>
          <w:color w:val="auto"/>
          <w:sz w:val="22"/>
          <w:szCs w:val="22"/>
        </w:rPr>
        <w:t xml:space="preserve"> / </w:t>
      </w:r>
      <w:r w:rsidRPr="00C824D1">
        <w:rPr>
          <w:rFonts w:ascii="Arial" w:hAnsi="Arial" w:cs="Arial"/>
          <w:color w:val="auto"/>
          <w:sz w:val="22"/>
          <w:szCs w:val="22"/>
        </w:rPr>
        <w:t>Apologies</w:t>
      </w:r>
    </w:p>
    <w:p w14:paraId="52BF5FD1" w14:textId="2F1210E5" w:rsidR="004527FD" w:rsidRPr="00C824D1" w:rsidRDefault="001F610B" w:rsidP="00C824D1">
      <w:pPr>
        <w:pStyle w:val="NoSpacing"/>
        <w:rPr>
          <w:rFonts w:ascii="Arial" w:hAnsi="Arial" w:cs="Arial"/>
        </w:rPr>
      </w:pPr>
      <w:r w:rsidRPr="00C824D1">
        <w:rPr>
          <w:rFonts w:ascii="Arial" w:hAnsi="Arial" w:cs="Arial"/>
        </w:rPr>
        <w:t>I</w:t>
      </w:r>
      <w:r w:rsidR="00C824D1" w:rsidRPr="00C824D1">
        <w:rPr>
          <w:rFonts w:ascii="Arial" w:hAnsi="Arial" w:cs="Arial"/>
        </w:rPr>
        <w:t>wan Kellett</w:t>
      </w:r>
    </w:p>
    <w:p w14:paraId="33A5D534" w14:textId="5781DBCE" w:rsidR="00C824D1" w:rsidRDefault="00C824D1" w:rsidP="00C824D1">
      <w:pPr>
        <w:pStyle w:val="NoSpacing"/>
        <w:rPr>
          <w:rFonts w:ascii="Arial" w:hAnsi="Arial" w:cs="Arial"/>
        </w:rPr>
      </w:pPr>
      <w:r w:rsidRPr="00C824D1">
        <w:rPr>
          <w:rFonts w:ascii="Arial" w:hAnsi="Arial" w:cs="Arial"/>
        </w:rPr>
        <w:t>Ieuan Williams</w:t>
      </w:r>
    </w:p>
    <w:p w14:paraId="045566B5" w14:textId="77777777" w:rsidR="005D6224" w:rsidRPr="00C824D1" w:rsidRDefault="005D6224" w:rsidP="00C824D1">
      <w:pPr>
        <w:pStyle w:val="NoSpacing"/>
        <w:rPr>
          <w:rFonts w:ascii="Arial" w:hAnsi="Arial" w:cs="Arial"/>
        </w:rPr>
      </w:pPr>
    </w:p>
    <w:p w14:paraId="12CBC10D" w14:textId="77777777" w:rsidR="004527FD" w:rsidRPr="005D6224" w:rsidRDefault="001F610B" w:rsidP="005D6224">
      <w:pPr>
        <w:pStyle w:val="NoSpacing"/>
        <w:rPr>
          <w:rFonts w:ascii="Arial" w:hAnsi="Arial" w:cs="Arial"/>
          <w:b/>
          <w:bCs/>
        </w:rPr>
      </w:pPr>
      <w:r w:rsidRPr="005D6224">
        <w:rPr>
          <w:rFonts w:ascii="Arial" w:hAnsi="Arial" w:cs="Arial"/>
          <w:b/>
          <w:bCs/>
        </w:rPr>
        <w:t>2. Cymharu trafodion ariannol â chyfriflenni banc / Compare financial transactions to bank statements</w:t>
      </w:r>
    </w:p>
    <w:p w14:paraId="4B206616" w14:textId="0C871832" w:rsidR="004527FD" w:rsidRDefault="001F610B" w:rsidP="005D6224">
      <w:pPr>
        <w:pStyle w:val="NoSpacing"/>
        <w:rPr>
          <w:rFonts w:ascii="Arial" w:hAnsi="Arial" w:cs="Arial"/>
          <w:i/>
          <w:iCs/>
        </w:rPr>
      </w:pPr>
      <w:r w:rsidRPr="005D6224">
        <w:rPr>
          <w:rFonts w:ascii="Arial" w:hAnsi="Arial" w:cs="Arial"/>
        </w:rPr>
        <w:t xml:space="preserve">Cadarnhawyd bod y cyfriflenni banc yn cyfateb i’r llyfr arian. Rhoddodd Cadeirydd y Pwyllgor Cyllid ei lythrennau cyntaf ar y cyfriflenni banc i </w:t>
      </w:r>
      <w:proofErr w:type="spellStart"/>
      <w:r w:rsidRPr="005D6224">
        <w:rPr>
          <w:rFonts w:ascii="Arial" w:hAnsi="Arial" w:cs="Arial"/>
        </w:rPr>
        <w:t>gydnabod</w:t>
      </w:r>
      <w:proofErr w:type="spellEnd"/>
      <w:r w:rsidRPr="005D6224">
        <w:rPr>
          <w:rFonts w:ascii="Arial" w:hAnsi="Arial" w:cs="Arial"/>
        </w:rPr>
        <w:t xml:space="preserve"> </w:t>
      </w:r>
      <w:proofErr w:type="spellStart"/>
      <w:r w:rsidRPr="005D6224">
        <w:rPr>
          <w:rFonts w:ascii="Arial" w:hAnsi="Arial" w:cs="Arial"/>
        </w:rPr>
        <w:t>hyn</w:t>
      </w:r>
      <w:proofErr w:type="spellEnd"/>
      <w:r w:rsidR="00C824D1" w:rsidRPr="005D6224">
        <w:rPr>
          <w:rFonts w:ascii="Arial" w:hAnsi="Arial" w:cs="Arial"/>
        </w:rPr>
        <w:t xml:space="preserve"> | </w:t>
      </w:r>
      <w:r w:rsidRPr="005D6224">
        <w:rPr>
          <w:rFonts w:ascii="Arial" w:hAnsi="Arial" w:cs="Arial"/>
          <w:i/>
          <w:iCs/>
        </w:rPr>
        <w:t>It was confirmed that the bank statements matched the cash book. The Chair of the Finance Committee initialled the bank statements to acknowledge this.</w:t>
      </w:r>
    </w:p>
    <w:p w14:paraId="1FA2A3D5" w14:textId="77777777" w:rsidR="005D6224" w:rsidRPr="005D6224" w:rsidRDefault="005D6224" w:rsidP="005D6224">
      <w:pPr>
        <w:pStyle w:val="NoSpacing"/>
        <w:rPr>
          <w:rFonts w:ascii="Arial" w:hAnsi="Arial" w:cs="Arial"/>
        </w:rPr>
      </w:pPr>
    </w:p>
    <w:p w14:paraId="6F88029C" w14:textId="4FD91E3F" w:rsidR="005D6224" w:rsidRPr="005D6224" w:rsidRDefault="001F610B" w:rsidP="005D6224">
      <w:pPr>
        <w:pStyle w:val="NoSpacing"/>
        <w:rPr>
          <w:rFonts w:ascii="Arial" w:hAnsi="Arial" w:cs="Arial"/>
          <w:b/>
          <w:bCs/>
        </w:rPr>
      </w:pPr>
      <w:r w:rsidRPr="005D6224">
        <w:rPr>
          <w:b/>
          <w:bCs/>
        </w:rPr>
        <w:t xml:space="preserve">3. </w:t>
      </w:r>
      <w:r w:rsidRPr="005D6224">
        <w:rPr>
          <w:rFonts w:ascii="Arial" w:hAnsi="Arial" w:cs="Arial"/>
          <w:b/>
          <w:bCs/>
        </w:rPr>
        <w:t>Adolygiad cyllideb hyd yma o’r flwyddyn / Budget review year to date</w:t>
      </w:r>
    </w:p>
    <w:p w14:paraId="7A4E3B33" w14:textId="3DBCC3E7" w:rsidR="00C824D1" w:rsidRPr="005D6224" w:rsidRDefault="00C824D1" w:rsidP="005D6224">
      <w:pPr>
        <w:pStyle w:val="NoSpacing"/>
        <w:rPr>
          <w:rFonts w:ascii="Arial" w:hAnsi="Arial" w:cs="Arial"/>
          <w:lang w:val="en-GB"/>
        </w:rPr>
      </w:pPr>
      <w:proofErr w:type="spellStart"/>
      <w:r w:rsidRPr="005D6224">
        <w:rPr>
          <w:rFonts w:ascii="Arial" w:hAnsi="Arial" w:cs="Arial"/>
          <w:lang w:val="en-GB"/>
        </w:rPr>
        <w:t>Trafodwyd</w:t>
      </w:r>
      <w:proofErr w:type="spellEnd"/>
      <w:r w:rsidRPr="005D6224">
        <w:rPr>
          <w:rFonts w:ascii="Arial" w:hAnsi="Arial" w:cs="Arial"/>
          <w:lang w:val="en-GB"/>
        </w:rPr>
        <w:t xml:space="preserve"> y </w:t>
      </w:r>
      <w:proofErr w:type="spellStart"/>
      <w:r w:rsidRPr="005D6224">
        <w:rPr>
          <w:rFonts w:ascii="Arial" w:hAnsi="Arial" w:cs="Arial"/>
          <w:lang w:val="en-GB"/>
        </w:rPr>
        <w:t>gyllideb</w:t>
      </w:r>
      <w:proofErr w:type="spellEnd"/>
      <w:r w:rsidRPr="005D6224">
        <w:rPr>
          <w:rFonts w:ascii="Arial" w:hAnsi="Arial" w:cs="Arial"/>
          <w:lang w:val="en-GB"/>
        </w:rPr>
        <w:t xml:space="preserve"> </w:t>
      </w:r>
      <w:proofErr w:type="spellStart"/>
      <w:r w:rsidRPr="005D6224">
        <w:rPr>
          <w:rFonts w:ascii="Arial" w:hAnsi="Arial" w:cs="Arial"/>
          <w:lang w:val="en-GB"/>
        </w:rPr>
        <w:t>a'r</w:t>
      </w:r>
      <w:proofErr w:type="spellEnd"/>
      <w:r w:rsidRPr="005D6224">
        <w:rPr>
          <w:rFonts w:ascii="Arial" w:hAnsi="Arial" w:cs="Arial"/>
          <w:lang w:val="en-GB"/>
        </w:rPr>
        <w:t xml:space="preserve"> </w:t>
      </w:r>
      <w:proofErr w:type="spellStart"/>
      <w:r w:rsidRPr="005D6224">
        <w:rPr>
          <w:rFonts w:ascii="Arial" w:hAnsi="Arial" w:cs="Arial"/>
          <w:lang w:val="en-GB"/>
        </w:rPr>
        <w:t>rhagolygon</w:t>
      </w:r>
      <w:proofErr w:type="spellEnd"/>
      <w:r w:rsidRPr="005D6224">
        <w:rPr>
          <w:rFonts w:ascii="Arial" w:hAnsi="Arial" w:cs="Arial"/>
          <w:lang w:val="en-GB"/>
        </w:rPr>
        <w:t xml:space="preserve"> </w:t>
      </w:r>
      <w:proofErr w:type="spellStart"/>
      <w:r w:rsidRPr="005D6224">
        <w:rPr>
          <w:rFonts w:ascii="Arial" w:hAnsi="Arial" w:cs="Arial"/>
          <w:lang w:val="en-GB"/>
        </w:rPr>
        <w:t>ariannol</w:t>
      </w:r>
      <w:proofErr w:type="spellEnd"/>
      <w:r w:rsidRPr="005D6224">
        <w:rPr>
          <w:rFonts w:ascii="Arial" w:hAnsi="Arial" w:cs="Arial"/>
          <w:lang w:val="en-GB"/>
        </w:rPr>
        <w:t xml:space="preserve"> yn </w:t>
      </w:r>
      <w:proofErr w:type="spellStart"/>
      <w:r w:rsidRPr="005D6224">
        <w:rPr>
          <w:rFonts w:ascii="Arial" w:hAnsi="Arial" w:cs="Arial"/>
          <w:lang w:val="en-GB"/>
        </w:rPr>
        <w:t>fanwl</w:t>
      </w:r>
      <w:proofErr w:type="spellEnd"/>
      <w:r w:rsidRPr="005D6224">
        <w:rPr>
          <w:rFonts w:ascii="Arial" w:hAnsi="Arial" w:cs="Arial"/>
          <w:lang w:val="en-GB"/>
        </w:rPr>
        <w:t xml:space="preserve">. </w:t>
      </w:r>
      <w:proofErr w:type="spellStart"/>
      <w:r w:rsidRPr="005D6224">
        <w:rPr>
          <w:rFonts w:ascii="Arial" w:hAnsi="Arial" w:cs="Arial"/>
          <w:lang w:val="en-GB"/>
        </w:rPr>
        <w:t>Atebodd</w:t>
      </w:r>
      <w:proofErr w:type="spellEnd"/>
      <w:r w:rsidRPr="005D6224">
        <w:rPr>
          <w:rFonts w:ascii="Arial" w:hAnsi="Arial" w:cs="Arial"/>
          <w:lang w:val="en-GB"/>
        </w:rPr>
        <w:t xml:space="preserve"> y Clerc </w:t>
      </w:r>
      <w:proofErr w:type="spellStart"/>
      <w:r w:rsidRPr="005D6224">
        <w:rPr>
          <w:rFonts w:ascii="Arial" w:hAnsi="Arial" w:cs="Arial"/>
          <w:lang w:val="en-GB"/>
        </w:rPr>
        <w:t>gwestiynau'r</w:t>
      </w:r>
      <w:proofErr w:type="spellEnd"/>
      <w:r w:rsidRPr="005D6224">
        <w:rPr>
          <w:rFonts w:ascii="Arial" w:hAnsi="Arial" w:cs="Arial"/>
          <w:lang w:val="en-GB"/>
        </w:rPr>
        <w:t xml:space="preserve"> aelodau </w:t>
      </w:r>
      <w:proofErr w:type="spellStart"/>
      <w:r w:rsidRPr="005D6224">
        <w:rPr>
          <w:rFonts w:ascii="Arial" w:hAnsi="Arial" w:cs="Arial"/>
          <w:lang w:val="en-GB"/>
        </w:rPr>
        <w:t>ynghylch</w:t>
      </w:r>
      <w:proofErr w:type="spellEnd"/>
      <w:r w:rsidRPr="005D6224">
        <w:rPr>
          <w:rFonts w:ascii="Arial" w:hAnsi="Arial" w:cs="Arial"/>
          <w:lang w:val="en-GB"/>
        </w:rPr>
        <w:t xml:space="preserve"> </w:t>
      </w:r>
      <w:proofErr w:type="spellStart"/>
      <w:r w:rsidRPr="005D6224">
        <w:rPr>
          <w:rFonts w:ascii="Arial" w:hAnsi="Arial" w:cs="Arial"/>
          <w:lang w:val="en-GB"/>
        </w:rPr>
        <w:t>gwariant</w:t>
      </w:r>
      <w:proofErr w:type="spellEnd"/>
      <w:r w:rsidRPr="005D6224">
        <w:rPr>
          <w:rFonts w:ascii="Arial" w:hAnsi="Arial" w:cs="Arial"/>
          <w:lang w:val="en-GB"/>
        </w:rPr>
        <w:t xml:space="preserve"> hyd </w:t>
      </w:r>
      <w:proofErr w:type="spellStart"/>
      <w:r w:rsidRPr="005D6224">
        <w:rPr>
          <w:rFonts w:ascii="Arial" w:hAnsi="Arial" w:cs="Arial"/>
          <w:lang w:val="en-GB"/>
        </w:rPr>
        <w:t>yma</w:t>
      </w:r>
      <w:proofErr w:type="spellEnd"/>
      <w:r w:rsidRPr="005D6224">
        <w:rPr>
          <w:rFonts w:ascii="Arial" w:hAnsi="Arial" w:cs="Arial"/>
          <w:lang w:val="en-GB"/>
        </w:rPr>
        <w:t xml:space="preserve"> </w:t>
      </w:r>
      <w:proofErr w:type="spellStart"/>
      <w:r w:rsidRPr="005D6224">
        <w:rPr>
          <w:rFonts w:ascii="Arial" w:hAnsi="Arial" w:cs="Arial"/>
          <w:lang w:val="en-GB"/>
        </w:rPr>
        <w:t>a'r</w:t>
      </w:r>
      <w:proofErr w:type="spellEnd"/>
      <w:r w:rsidRPr="005D6224">
        <w:rPr>
          <w:rFonts w:ascii="Arial" w:hAnsi="Arial" w:cs="Arial"/>
          <w:lang w:val="en-GB"/>
        </w:rPr>
        <w:t xml:space="preserve"> </w:t>
      </w:r>
      <w:proofErr w:type="spellStart"/>
      <w:r w:rsidRPr="005D6224">
        <w:rPr>
          <w:rFonts w:ascii="Arial" w:hAnsi="Arial" w:cs="Arial"/>
          <w:lang w:val="en-GB"/>
        </w:rPr>
        <w:t>gwariant</w:t>
      </w:r>
      <w:proofErr w:type="spellEnd"/>
      <w:r w:rsidRPr="005D6224">
        <w:rPr>
          <w:rFonts w:ascii="Arial" w:hAnsi="Arial" w:cs="Arial"/>
          <w:lang w:val="en-GB"/>
        </w:rPr>
        <w:t xml:space="preserve"> a </w:t>
      </w:r>
      <w:proofErr w:type="spellStart"/>
      <w:r w:rsidRPr="005D6224">
        <w:rPr>
          <w:rFonts w:ascii="Arial" w:hAnsi="Arial" w:cs="Arial"/>
          <w:lang w:val="en-GB"/>
        </w:rPr>
        <w:t>ragwelir</w:t>
      </w:r>
      <w:proofErr w:type="spellEnd"/>
      <w:r w:rsidRPr="005D6224">
        <w:rPr>
          <w:rFonts w:ascii="Arial" w:hAnsi="Arial" w:cs="Arial"/>
          <w:lang w:val="en-GB"/>
        </w:rPr>
        <w:t xml:space="preserve"> ar </w:t>
      </w:r>
      <w:proofErr w:type="spellStart"/>
      <w:r w:rsidRPr="005D6224">
        <w:rPr>
          <w:rFonts w:ascii="Arial" w:hAnsi="Arial" w:cs="Arial"/>
          <w:lang w:val="en-GB"/>
        </w:rPr>
        <w:t>gyfer</w:t>
      </w:r>
      <w:proofErr w:type="spellEnd"/>
      <w:r w:rsidRPr="005D6224">
        <w:rPr>
          <w:rFonts w:ascii="Arial" w:hAnsi="Arial" w:cs="Arial"/>
          <w:lang w:val="en-GB"/>
        </w:rPr>
        <w:t xml:space="preserve"> </w:t>
      </w:r>
      <w:proofErr w:type="spellStart"/>
      <w:r w:rsidRPr="005D6224">
        <w:rPr>
          <w:rFonts w:ascii="Arial" w:hAnsi="Arial" w:cs="Arial"/>
          <w:lang w:val="en-GB"/>
        </w:rPr>
        <w:t>gweddill</w:t>
      </w:r>
      <w:proofErr w:type="spellEnd"/>
      <w:r w:rsidRPr="005D6224">
        <w:rPr>
          <w:rFonts w:ascii="Arial" w:hAnsi="Arial" w:cs="Arial"/>
          <w:lang w:val="en-GB"/>
        </w:rPr>
        <w:t xml:space="preserve"> y </w:t>
      </w:r>
      <w:proofErr w:type="spellStart"/>
      <w:r w:rsidRPr="005D6224">
        <w:rPr>
          <w:rFonts w:ascii="Arial" w:hAnsi="Arial" w:cs="Arial"/>
          <w:lang w:val="en-GB"/>
        </w:rPr>
        <w:t>flwyddyn</w:t>
      </w:r>
      <w:proofErr w:type="spellEnd"/>
      <w:r w:rsidRPr="005D6224">
        <w:rPr>
          <w:rFonts w:ascii="Arial" w:hAnsi="Arial" w:cs="Arial"/>
          <w:lang w:val="en-GB"/>
        </w:rPr>
        <w:t xml:space="preserve"> </w:t>
      </w:r>
      <w:proofErr w:type="spellStart"/>
      <w:r w:rsidRPr="005D6224">
        <w:rPr>
          <w:rFonts w:ascii="Arial" w:hAnsi="Arial" w:cs="Arial"/>
          <w:lang w:val="en-GB"/>
        </w:rPr>
        <w:t>ariannol</w:t>
      </w:r>
      <w:proofErr w:type="spellEnd"/>
      <w:r w:rsidRPr="005D6224">
        <w:rPr>
          <w:rFonts w:ascii="Arial" w:hAnsi="Arial" w:cs="Arial"/>
          <w:lang w:val="en-GB"/>
        </w:rPr>
        <w:t>.</w:t>
      </w:r>
      <w:r w:rsidRPr="005D6224">
        <w:rPr>
          <w:rFonts w:ascii="Arial" w:hAnsi="Arial" w:cs="Arial"/>
          <w:lang w:val="en-GB"/>
        </w:rPr>
        <w:t xml:space="preserve"> </w:t>
      </w:r>
      <w:r w:rsidRPr="005D6224">
        <w:rPr>
          <w:rFonts w:ascii="Arial" w:hAnsi="Arial" w:cs="Arial"/>
          <w:lang w:val="en-GB"/>
        </w:rPr>
        <w:t xml:space="preserve">Yn </w:t>
      </w:r>
      <w:proofErr w:type="spellStart"/>
      <w:r w:rsidRPr="005D6224">
        <w:rPr>
          <w:rFonts w:ascii="Arial" w:hAnsi="Arial" w:cs="Arial"/>
          <w:lang w:val="en-GB"/>
        </w:rPr>
        <w:t>dilyn</w:t>
      </w:r>
      <w:proofErr w:type="spellEnd"/>
      <w:r w:rsidRPr="005D6224">
        <w:rPr>
          <w:rFonts w:ascii="Arial" w:hAnsi="Arial" w:cs="Arial"/>
          <w:lang w:val="en-GB"/>
        </w:rPr>
        <w:t xml:space="preserve"> y </w:t>
      </w:r>
      <w:proofErr w:type="spellStart"/>
      <w:r w:rsidRPr="005D6224">
        <w:rPr>
          <w:rFonts w:ascii="Arial" w:hAnsi="Arial" w:cs="Arial"/>
          <w:lang w:val="en-GB"/>
        </w:rPr>
        <w:t>drafodaeth</w:t>
      </w:r>
      <w:proofErr w:type="spellEnd"/>
      <w:r w:rsidRPr="005D6224">
        <w:rPr>
          <w:rFonts w:ascii="Arial" w:hAnsi="Arial" w:cs="Arial"/>
          <w:lang w:val="en-GB"/>
        </w:rPr>
        <w:t xml:space="preserve">, </w:t>
      </w:r>
      <w:proofErr w:type="spellStart"/>
      <w:r w:rsidRPr="005D6224">
        <w:rPr>
          <w:rFonts w:ascii="Arial" w:hAnsi="Arial" w:cs="Arial"/>
          <w:lang w:val="en-GB"/>
        </w:rPr>
        <w:t>cytunwyd</w:t>
      </w:r>
      <w:proofErr w:type="spellEnd"/>
      <w:r w:rsidRPr="005D6224">
        <w:rPr>
          <w:rFonts w:ascii="Arial" w:hAnsi="Arial" w:cs="Arial"/>
          <w:lang w:val="en-GB"/>
        </w:rPr>
        <w:t xml:space="preserve"> i </w:t>
      </w:r>
      <w:proofErr w:type="spellStart"/>
      <w:r w:rsidRPr="005D6224">
        <w:rPr>
          <w:rFonts w:ascii="Arial" w:hAnsi="Arial" w:cs="Arial"/>
          <w:lang w:val="en-GB"/>
        </w:rPr>
        <w:t>drosglwyddo</w:t>
      </w:r>
      <w:proofErr w:type="spellEnd"/>
      <w:r w:rsidRPr="005D6224">
        <w:rPr>
          <w:rFonts w:ascii="Arial" w:hAnsi="Arial" w:cs="Arial"/>
          <w:lang w:val="en-GB"/>
        </w:rPr>
        <w:t xml:space="preserve"> £7,271.39 </w:t>
      </w:r>
      <w:proofErr w:type="spellStart"/>
      <w:r w:rsidRPr="005D6224">
        <w:rPr>
          <w:rFonts w:ascii="Arial" w:hAnsi="Arial" w:cs="Arial"/>
          <w:lang w:val="en-GB"/>
        </w:rPr>
        <w:t>drwy</w:t>
      </w:r>
      <w:proofErr w:type="spellEnd"/>
      <w:r w:rsidRPr="005D6224">
        <w:rPr>
          <w:rFonts w:ascii="Arial" w:hAnsi="Arial" w:cs="Arial"/>
          <w:lang w:val="en-GB"/>
        </w:rPr>
        <w:t xml:space="preserve"> </w:t>
      </w:r>
      <w:proofErr w:type="spellStart"/>
      <w:r w:rsidRPr="005D6224">
        <w:rPr>
          <w:rFonts w:ascii="Arial" w:hAnsi="Arial" w:cs="Arial"/>
          <w:lang w:val="en-GB"/>
        </w:rPr>
        <w:t>drosglwyddiad</w:t>
      </w:r>
      <w:proofErr w:type="spellEnd"/>
      <w:r w:rsidRPr="005D6224">
        <w:rPr>
          <w:rFonts w:ascii="Arial" w:hAnsi="Arial" w:cs="Arial"/>
          <w:lang w:val="en-GB"/>
        </w:rPr>
        <w:t xml:space="preserve"> </w:t>
      </w:r>
      <w:proofErr w:type="spellStart"/>
      <w:r w:rsidRPr="005D6224">
        <w:rPr>
          <w:rFonts w:ascii="Arial" w:hAnsi="Arial" w:cs="Arial"/>
          <w:lang w:val="en-GB"/>
        </w:rPr>
        <w:t>cyllidebol</w:t>
      </w:r>
      <w:proofErr w:type="spellEnd"/>
      <w:r w:rsidRPr="005D6224">
        <w:rPr>
          <w:rFonts w:ascii="Arial" w:hAnsi="Arial" w:cs="Arial"/>
          <w:lang w:val="en-GB"/>
        </w:rPr>
        <w:t xml:space="preserve"> (virement) </w:t>
      </w:r>
      <w:proofErr w:type="spellStart"/>
      <w:r w:rsidRPr="005D6224">
        <w:rPr>
          <w:rFonts w:ascii="Arial" w:hAnsi="Arial" w:cs="Arial"/>
          <w:lang w:val="en-GB"/>
        </w:rPr>
        <w:t>o'r</w:t>
      </w:r>
      <w:proofErr w:type="spellEnd"/>
      <w:r w:rsidRPr="005D6224">
        <w:rPr>
          <w:rFonts w:ascii="Arial" w:hAnsi="Arial" w:cs="Arial"/>
          <w:lang w:val="en-GB"/>
        </w:rPr>
        <w:t xml:space="preserve"> </w:t>
      </w:r>
      <w:proofErr w:type="spellStart"/>
      <w:r w:rsidRPr="005D6224">
        <w:rPr>
          <w:rFonts w:ascii="Arial" w:hAnsi="Arial" w:cs="Arial"/>
          <w:lang w:val="en-GB"/>
        </w:rPr>
        <w:t>gyllideb</w:t>
      </w:r>
      <w:proofErr w:type="spellEnd"/>
      <w:r w:rsidRPr="005D6224">
        <w:rPr>
          <w:rFonts w:ascii="Arial" w:hAnsi="Arial" w:cs="Arial"/>
          <w:lang w:val="en-GB"/>
        </w:rPr>
        <w:t xml:space="preserve"> </w:t>
      </w:r>
      <w:proofErr w:type="spellStart"/>
      <w:r w:rsidRPr="005D6224">
        <w:rPr>
          <w:rFonts w:ascii="Arial" w:hAnsi="Arial" w:cs="Arial"/>
          <w:lang w:val="en-GB"/>
        </w:rPr>
        <w:t>Atgyweirio</w:t>
      </w:r>
      <w:proofErr w:type="spellEnd"/>
      <w:r w:rsidRPr="005D6224">
        <w:rPr>
          <w:rFonts w:ascii="Arial" w:hAnsi="Arial" w:cs="Arial"/>
          <w:lang w:val="en-GB"/>
        </w:rPr>
        <w:t xml:space="preserve"> a </w:t>
      </w:r>
      <w:proofErr w:type="spellStart"/>
      <w:r w:rsidRPr="005D6224">
        <w:rPr>
          <w:rFonts w:ascii="Arial" w:hAnsi="Arial" w:cs="Arial"/>
          <w:lang w:val="en-GB"/>
        </w:rPr>
        <w:t>Chynnal</w:t>
      </w:r>
      <w:proofErr w:type="spellEnd"/>
      <w:r w:rsidRPr="005D6224">
        <w:rPr>
          <w:rFonts w:ascii="Arial" w:hAnsi="Arial" w:cs="Arial"/>
          <w:lang w:val="en-GB"/>
        </w:rPr>
        <w:t xml:space="preserve"> a Chadw i </w:t>
      </w:r>
      <w:proofErr w:type="spellStart"/>
      <w:r w:rsidRPr="005D6224">
        <w:rPr>
          <w:rFonts w:ascii="Arial" w:hAnsi="Arial" w:cs="Arial"/>
          <w:lang w:val="en-GB"/>
        </w:rPr>
        <w:t>dalu</w:t>
      </w:r>
      <w:proofErr w:type="spellEnd"/>
      <w:r w:rsidRPr="005D6224">
        <w:rPr>
          <w:rFonts w:ascii="Arial" w:hAnsi="Arial" w:cs="Arial"/>
          <w:lang w:val="en-GB"/>
        </w:rPr>
        <w:t xml:space="preserve"> am y </w:t>
      </w:r>
      <w:proofErr w:type="spellStart"/>
      <w:r w:rsidRPr="005D6224">
        <w:rPr>
          <w:rFonts w:ascii="Arial" w:hAnsi="Arial" w:cs="Arial"/>
          <w:lang w:val="en-GB"/>
        </w:rPr>
        <w:t>gorwariant</w:t>
      </w:r>
      <w:proofErr w:type="spellEnd"/>
      <w:r w:rsidRPr="005D6224">
        <w:rPr>
          <w:rFonts w:ascii="Arial" w:hAnsi="Arial" w:cs="Arial"/>
          <w:lang w:val="en-GB"/>
        </w:rPr>
        <w:t xml:space="preserve"> a </w:t>
      </w:r>
      <w:proofErr w:type="spellStart"/>
      <w:r w:rsidRPr="005D6224">
        <w:rPr>
          <w:rFonts w:ascii="Arial" w:hAnsi="Arial" w:cs="Arial"/>
          <w:lang w:val="en-GB"/>
        </w:rPr>
        <w:t>nodwyd</w:t>
      </w:r>
      <w:proofErr w:type="spellEnd"/>
      <w:r w:rsidRPr="005D6224">
        <w:rPr>
          <w:rFonts w:ascii="Arial" w:hAnsi="Arial" w:cs="Arial"/>
          <w:lang w:val="en-GB"/>
        </w:rPr>
        <w:t xml:space="preserve"> </w:t>
      </w:r>
      <w:proofErr w:type="spellStart"/>
      <w:r w:rsidRPr="005D6224">
        <w:rPr>
          <w:rFonts w:ascii="Arial" w:hAnsi="Arial" w:cs="Arial"/>
          <w:lang w:val="en-GB"/>
        </w:rPr>
        <w:t>mewn</w:t>
      </w:r>
      <w:proofErr w:type="spellEnd"/>
      <w:r w:rsidRPr="005D6224">
        <w:rPr>
          <w:rFonts w:ascii="Arial" w:hAnsi="Arial" w:cs="Arial"/>
          <w:lang w:val="en-GB"/>
        </w:rPr>
        <w:t xml:space="preserve"> </w:t>
      </w:r>
      <w:proofErr w:type="spellStart"/>
      <w:r w:rsidRPr="005D6224">
        <w:rPr>
          <w:rFonts w:ascii="Arial" w:hAnsi="Arial" w:cs="Arial"/>
          <w:lang w:val="en-GB"/>
        </w:rPr>
        <w:t>chwe</w:t>
      </w:r>
      <w:proofErr w:type="spellEnd"/>
      <w:r w:rsidRPr="005D6224">
        <w:rPr>
          <w:rFonts w:ascii="Arial" w:hAnsi="Arial" w:cs="Arial"/>
          <w:lang w:val="en-GB"/>
        </w:rPr>
        <w:t xml:space="preserve"> </w:t>
      </w:r>
      <w:proofErr w:type="spellStart"/>
      <w:r w:rsidRPr="005D6224">
        <w:rPr>
          <w:rFonts w:ascii="Arial" w:hAnsi="Arial" w:cs="Arial"/>
          <w:lang w:val="en-GB"/>
        </w:rPr>
        <w:t>phennawd</w:t>
      </w:r>
      <w:proofErr w:type="spellEnd"/>
      <w:r w:rsidRPr="005D6224">
        <w:rPr>
          <w:rFonts w:ascii="Arial" w:hAnsi="Arial" w:cs="Arial"/>
          <w:lang w:val="en-GB"/>
        </w:rPr>
        <w:t xml:space="preserve"> </w:t>
      </w:r>
      <w:r w:rsidRPr="005D6224">
        <w:rPr>
          <w:rFonts w:ascii="Arial" w:hAnsi="Arial" w:cs="Arial"/>
          <w:lang w:val="en-GB"/>
        </w:rPr>
        <w:t xml:space="preserve">Cyllideb | </w:t>
      </w:r>
      <w:r w:rsidRPr="005D6224">
        <w:rPr>
          <w:rFonts w:ascii="Arial" w:hAnsi="Arial" w:cs="Arial"/>
          <w:i/>
          <w:iCs/>
          <w:lang w:val="en-GB"/>
        </w:rPr>
        <w:t>The budget and financial forecasts were discussed at length. The Clerk answered members' questions regarding expenditure to date and projected expenditure for the remainder of the financial year.</w:t>
      </w:r>
      <w:r w:rsidRPr="005D6224">
        <w:rPr>
          <w:rFonts w:ascii="Arial" w:hAnsi="Arial" w:cs="Arial"/>
          <w:i/>
          <w:iCs/>
          <w:lang w:val="en-GB"/>
        </w:rPr>
        <w:t xml:space="preserve"> </w:t>
      </w:r>
      <w:r w:rsidRPr="005D6224">
        <w:rPr>
          <w:rFonts w:ascii="Arial" w:hAnsi="Arial" w:cs="Arial"/>
          <w:i/>
          <w:iCs/>
          <w:lang w:val="en-GB"/>
        </w:rPr>
        <w:t>Following the discussion, it was agreed to transfer £7,271.39 by budget virement from the Repairs and Maintenance budget to cover the identified overspends across six budget headings.</w:t>
      </w:r>
    </w:p>
    <w:p w14:paraId="4B517F13" w14:textId="77777777" w:rsidR="004527FD" w:rsidRPr="00C824D1" w:rsidRDefault="001F610B">
      <w:pPr>
        <w:pStyle w:val="Heading2"/>
        <w:rPr>
          <w:rFonts w:ascii="Arial" w:hAnsi="Arial" w:cs="Arial"/>
          <w:color w:val="auto"/>
          <w:sz w:val="22"/>
          <w:szCs w:val="22"/>
        </w:rPr>
      </w:pPr>
      <w:r w:rsidRPr="00C824D1">
        <w:rPr>
          <w:rFonts w:ascii="Arial" w:hAnsi="Arial" w:cs="Arial"/>
          <w:color w:val="auto"/>
          <w:sz w:val="22"/>
          <w:szCs w:val="22"/>
        </w:rPr>
        <w:t>4. Addasiadau cyllideb / Budget amendments</w:t>
      </w:r>
    </w:p>
    <w:p w14:paraId="0C2D6512" w14:textId="0062E061" w:rsidR="005D6224" w:rsidRPr="005D6224" w:rsidRDefault="001F610B" w:rsidP="005D6224">
      <w:pPr>
        <w:pStyle w:val="NoSpacing"/>
        <w:rPr>
          <w:rFonts w:ascii="Arial" w:hAnsi="Arial" w:cs="Arial"/>
          <w:i/>
          <w:iCs/>
        </w:rPr>
      </w:pPr>
      <w:r w:rsidRPr="005D6224">
        <w:rPr>
          <w:rFonts w:ascii="Arial" w:hAnsi="Arial" w:cs="Arial"/>
        </w:rPr>
        <w:t xml:space="preserve">PENDERFYNWYD: Cytunwyd i drosglwyddo £7,271.39 O gyllideb Atgyweirio a Chynnal a Chadw i dalu am y chwe </w:t>
      </w:r>
      <w:proofErr w:type="spellStart"/>
      <w:r w:rsidRPr="005D6224">
        <w:rPr>
          <w:rFonts w:ascii="Arial" w:hAnsi="Arial" w:cs="Arial"/>
        </w:rPr>
        <w:t>gorwariant</w:t>
      </w:r>
      <w:proofErr w:type="spellEnd"/>
      <w:r w:rsidRPr="005D6224">
        <w:rPr>
          <w:rFonts w:ascii="Arial" w:hAnsi="Arial" w:cs="Arial"/>
        </w:rPr>
        <w:t xml:space="preserve"> a </w:t>
      </w:r>
      <w:proofErr w:type="spellStart"/>
      <w:r w:rsidRPr="005D6224">
        <w:rPr>
          <w:rFonts w:ascii="Arial" w:hAnsi="Arial" w:cs="Arial"/>
        </w:rPr>
        <w:t>nodwyd</w:t>
      </w:r>
      <w:proofErr w:type="spellEnd"/>
      <w:r w:rsidR="00C824D1" w:rsidRPr="005D6224">
        <w:rPr>
          <w:rFonts w:ascii="Arial" w:hAnsi="Arial" w:cs="Arial"/>
        </w:rPr>
        <w:t xml:space="preserve"> | </w:t>
      </w:r>
      <w:r w:rsidRPr="005D6224">
        <w:rPr>
          <w:rFonts w:ascii="Arial" w:hAnsi="Arial" w:cs="Arial"/>
          <w:i/>
          <w:iCs/>
        </w:rPr>
        <w:t>RESOLVED: It was agreed to transfer £7,271.39 FROM the Repairs and Maintenance budget to cover the six identified overspends</w:t>
      </w:r>
      <w:r w:rsidR="005D6224" w:rsidRPr="005D6224">
        <w:rPr>
          <w:rFonts w:ascii="Arial" w:hAnsi="Arial" w:cs="Arial"/>
          <w:i/>
          <w:iCs/>
        </w:rPr>
        <w:t>:</w:t>
      </w:r>
    </w:p>
    <w:p w14:paraId="3241EE61" w14:textId="05544024" w:rsidR="004527FD" w:rsidRPr="000229EC" w:rsidRDefault="001F610B" w:rsidP="005D6224">
      <w:pPr>
        <w:pStyle w:val="NoSpacing"/>
        <w:rPr>
          <w:rFonts w:ascii="Arial" w:hAnsi="Arial" w:cs="Arial"/>
          <w:b/>
          <w:bCs/>
          <w:sz w:val="20"/>
          <w:szCs w:val="20"/>
        </w:rPr>
      </w:pPr>
      <w:r w:rsidRPr="000229EC">
        <w:rPr>
          <w:rFonts w:ascii="Arial" w:hAnsi="Arial" w:cs="Arial"/>
          <w:b/>
          <w:bCs/>
          <w:sz w:val="20"/>
          <w:szCs w:val="20"/>
        </w:rPr>
        <w:t xml:space="preserve">Staff costs / </w:t>
      </w:r>
      <w:proofErr w:type="spellStart"/>
      <w:r w:rsidRPr="000229EC">
        <w:rPr>
          <w:rFonts w:ascii="Arial" w:hAnsi="Arial" w:cs="Arial"/>
          <w:b/>
          <w:bCs/>
          <w:sz w:val="20"/>
          <w:szCs w:val="20"/>
        </w:rPr>
        <w:t>Costau</w:t>
      </w:r>
      <w:proofErr w:type="spellEnd"/>
      <w:r w:rsidRPr="000229EC">
        <w:rPr>
          <w:rFonts w:ascii="Arial" w:hAnsi="Arial" w:cs="Arial"/>
          <w:b/>
          <w:bCs/>
          <w:sz w:val="20"/>
          <w:szCs w:val="20"/>
        </w:rPr>
        <w:t xml:space="preserve"> staff: £1,750.00</w:t>
      </w:r>
    </w:p>
    <w:p w14:paraId="2662DABA" w14:textId="77777777" w:rsidR="004527FD" w:rsidRPr="000229EC" w:rsidRDefault="001F610B" w:rsidP="005D6224">
      <w:pPr>
        <w:pStyle w:val="NoSpacing"/>
        <w:rPr>
          <w:rFonts w:ascii="Arial" w:hAnsi="Arial" w:cs="Arial"/>
          <w:b/>
          <w:bCs/>
          <w:sz w:val="20"/>
          <w:szCs w:val="20"/>
        </w:rPr>
      </w:pPr>
      <w:r w:rsidRPr="000229EC">
        <w:rPr>
          <w:rFonts w:ascii="Arial" w:hAnsi="Arial" w:cs="Arial"/>
          <w:b/>
          <w:bCs/>
          <w:sz w:val="20"/>
          <w:szCs w:val="20"/>
        </w:rPr>
        <w:t>Website / Gwefan: £20.00</w:t>
      </w:r>
    </w:p>
    <w:p w14:paraId="396DE318" w14:textId="77777777" w:rsidR="004527FD" w:rsidRPr="000229EC" w:rsidRDefault="001F610B" w:rsidP="005D6224">
      <w:pPr>
        <w:pStyle w:val="NoSpacing"/>
        <w:rPr>
          <w:rFonts w:ascii="Arial" w:hAnsi="Arial" w:cs="Arial"/>
          <w:b/>
          <w:bCs/>
          <w:sz w:val="20"/>
          <w:szCs w:val="20"/>
        </w:rPr>
      </w:pPr>
      <w:r w:rsidRPr="000229EC">
        <w:rPr>
          <w:rFonts w:ascii="Arial" w:hAnsi="Arial" w:cs="Arial"/>
          <w:b/>
          <w:bCs/>
          <w:sz w:val="20"/>
          <w:szCs w:val="20"/>
        </w:rPr>
        <w:t>Accountant fees / Ffioedd cyfrifydd: £75.00</w:t>
      </w:r>
    </w:p>
    <w:p w14:paraId="47ADDB2C" w14:textId="77777777" w:rsidR="004527FD" w:rsidRPr="000229EC" w:rsidRDefault="001F610B" w:rsidP="005D6224">
      <w:pPr>
        <w:pStyle w:val="NoSpacing"/>
        <w:rPr>
          <w:rFonts w:ascii="Arial" w:hAnsi="Arial" w:cs="Arial"/>
          <w:b/>
          <w:bCs/>
          <w:sz w:val="20"/>
          <w:szCs w:val="20"/>
        </w:rPr>
      </w:pPr>
      <w:r w:rsidRPr="000229EC">
        <w:rPr>
          <w:rFonts w:ascii="Arial" w:hAnsi="Arial" w:cs="Arial"/>
          <w:b/>
          <w:bCs/>
          <w:sz w:val="20"/>
          <w:szCs w:val="20"/>
        </w:rPr>
        <w:t>Audit fees / Ffioedd archwilio: £2,064.96</w:t>
      </w:r>
    </w:p>
    <w:p w14:paraId="73BDFD73" w14:textId="77777777" w:rsidR="004527FD" w:rsidRPr="000229EC" w:rsidRDefault="001F610B" w:rsidP="005D6224">
      <w:pPr>
        <w:pStyle w:val="NoSpacing"/>
        <w:rPr>
          <w:rFonts w:ascii="Arial" w:hAnsi="Arial" w:cs="Arial"/>
          <w:b/>
          <w:bCs/>
          <w:sz w:val="20"/>
          <w:szCs w:val="20"/>
        </w:rPr>
      </w:pPr>
      <w:r w:rsidRPr="000229EC">
        <w:rPr>
          <w:rFonts w:ascii="Arial" w:hAnsi="Arial" w:cs="Arial"/>
          <w:b/>
          <w:bCs/>
          <w:sz w:val="20"/>
          <w:szCs w:val="20"/>
        </w:rPr>
        <w:t>Community improvement projects / Prosiectau gwella cymunedol: £904.19</w:t>
      </w:r>
    </w:p>
    <w:p w14:paraId="4F9A1D14" w14:textId="77777777" w:rsidR="005D6224" w:rsidRPr="000229EC" w:rsidRDefault="001F610B" w:rsidP="005D6224">
      <w:pPr>
        <w:pStyle w:val="NoSpacing"/>
        <w:rPr>
          <w:rFonts w:ascii="Arial" w:hAnsi="Arial" w:cs="Arial"/>
          <w:b/>
          <w:bCs/>
          <w:sz w:val="20"/>
          <w:szCs w:val="20"/>
        </w:rPr>
      </w:pPr>
      <w:r w:rsidRPr="000229EC">
        <w:rPr>
          <w:rFonts w:ascii="Arial" w:hAnsi="Arial" w:cs="Arial"/>
          <w:b/>
          <w:bCs/>
          <w:sz w:val="20"/>
          <w:szCs w:val="20"/>
        </w:rPr>
        <w:t xml:space="preserve">CCTV maintenance / Cynnal a chadw teledu </w:t>
      </w:r>
      <w:proofErr w:type="spellStart"/>
      <w:r w:rsidRPr="000229EC">
        <w:rPr>
          <w:rFonts w:ascii="Arial" w:hAnsi="Arial" w:cs="Arial"/>
          <w:b/>
          <w:bCs/>
          <w:sz w:val="20"/>
          <w:szCs w:val="20"/>
        </w:rPr>
        <w:t>cylch</w:t>
      </w:r>
      <w:proofErr w:type="spellEnd"/>
      <w:r w:rsidRPr="000229EC">
        <w:rPr>
          <w:rFonts w:ascii="Arial" w:hAnsi="Arial" w:cs="Arial"/>
          <w:b/>
          <w:bCs/>
          <w:sz w:val="20"/>
          <w:szCs w:val="20"/>
        </w:rPr>
        <w:t xml:space="preserve"> </w:t>
      </w:r>
      <w:proofErr w:type="spellStart"/>
      <w:r w:rsidRPr="000229EC">
        <w:rPr>
          <w:rFonts w:ascii="Arial" w:hAnsi="Arial" w:cs="Arial"/>
          <w:b/>
          <w:bCs/>
          <w:sz w:val="20"/>
          <w:szCs w:val="20"/>
        </w:rPr>
        <w:t>cyfyng</w:t>
      </w:r>
      <w:proofErr w:type="spellEnd"/>
      <w:r w:rsidRPr="000229EC">
        <w:rPr>
          <w:rFonts w:ascii="Arial" w:hAnsi="Arial" w:cs="Arial"/>
          <w:b/>
          <w:bCs/>
          <w:sz w:val="20"/>
          <w:szCs w:val="20"/>
        </w:rPr>
        <w:t>: £2,457.24</w:t>
      </w:r>
    </w:p>
    <w:p w14:paraId="32C90A9F" w14:textId="77777777" w:rsidR="005D6224" w:rsidRDefault="005D6224" w:rsidP="005D6224">
      <w:pPr>
        <w:pStyle w:val="NoSpacing"/>
        <w:rPr>
          <w:rFonts w:ascii="Arial" w:hAnsi="Arial" w:cs="Arial"/>
        </w:rPr>
      </w:pPr>
    </w:p>
    <w:p w14:paraId="7C4C99EB" w14:textId="77777777" w:rsidR="005D6224" w:rsidRDefault="001F610B" w:rsidP="005D6224">
      <w:pPr>
        <w:pStyle w:val="NoSpacing"/>
        <w:rPr>
          <w:rFonts w:ascii="Arial" w:hAnsi="Arial" w:cs="Arial"/>
          <w:b/>
          <w:bCs/>
        </w:rPr>
      </w:pPr>
      <w:r w:rsidRPr="005D6224">
        <w:rPr>
          <w:rFonts w:ascii="Arial" w:hAnsi="Arial" w:cs="Arial"/>
          <w:b/>
          <w:bCs/>
        </w:rPr>
        <w:t xml:space="preserve">5. </w:t>
      </w:r>
      <w:proofErr w:type="spellStart"/>
      <w:r w:rsidRPr="005D6224">
        <w:rPr>
          <w:rFonts w:ascii="Arial" w:hAnsi="Arial" w:cs="Arial"/>
          <w:b/>
          <w:bCs/>
        </w:rPr>
        <w:t>Unrhyw</w:t>
      </w:r>
      <w:proofErr w:type="spellEnd"/>
      <w:r w:rsidRPr="005D6224">
        <w:rPr>
          <w:rFonts w:ascii="Arial" w:hAnsi="Arial" w:cs="Arial"/>
          <w:b/>
          <w:bCs/>
        </w:rPr>
        <w:t xml:space="preserve"> </w:t>
      </w:r>
      <w:proofErr w:type="spellStart"/>
      <w:r w:rsidRPr="005D6224">
        <w:rPr>
          <w:rFonts w:ascii="Arial" w:hAnsi="Arial" w:cs="Arial"/>
          <w:b/>
          <w:bCs/>
        </w:rPr>
        <w:t>eitemau</w:t>
      </w:r>
      <w:proofErr w:type="spellEnd"/>
      <w:r w:rsidRPr="005D6224">
        <w:rPr>
          <w:rFonts w:ascii="Arial" w:hAnsi="Arial" w:cs="Arial"/>
          <w:b/>
          <w:bCs/>
        </w:rPr>
        <w:t xml:space="preserve"> </w:t>
      </w:r>
      <w:proofErr w:type="spellStart"/>
      <w:r w:rsidRPr="005D6224">
        <w:rPr>
          <w:rFonts w:ascii="Arial" w:hAnsi="Arial" w:cs="Arial"/>
          <w:b/>
          <w:bCs/>
        </w:rPr>
        <w:t>eraill</w:t>
      </w:r>
      <w:proofErr w:type="spellEnd"/>
      <w:r w:rsidRPr="005D6224">
        <w:rPr>
          <w:rFonts w:ascii="Arial" w:hAnsi="Arial" w:cs="Arial"/>
          <w:b/>
          <w:bCs/>
        </w:rPr>
        <w:t xml:space="preserve"> a </w:t>
      </w:r>
      <w:proofErr w:type="spellStart"/>
      <w:r w:rsidRPr="005D6224">
        <w:rPr>
          <w:rFonts w:ascii="Arial" w:hAnsi="Arial" w:cs="Arial"/>
          <w:b/>
          <w:bCs/>
        </w:rPr>
        <w:t>drafodwyd</w:t>
      </w:r>
      <w:proofErr w:type="spellEnd"/>
      <w:r w:rsidRPr="005D6224">
        <w:rPr>
          <w:rFonts w:ascii="Arial" w:hAnsi="Arial" w:cs="Arial"/>
          <w:b/>
          <w:bCs/>
        </w:rPr>
        <w:t xml:space="preserve"> nad ydynt ar yr agenda / Any other items discussed not on the agenda</w:t>
      </w:r>
      <w:r w:rsidR="005D6224">
        <w:rPr>
          <w:rFonts w:ascii="Arial" w:hAnsi="Arial" w:cs="Arial"/>
          <w:b/>
          <w:bCs/>
        </w:rPr>
        <w:t xml:space="preserve"> </w:t>
      </w:r>
    </w:p>
    <w:p w14:paraId="20A93B2E" w14:textId="191D052B" w:rsidR="005D6224" w:rsidRDefault="005D6224" w:rsidP="00941682">
      <w:pPr>
        <w:pStyle w:val="NoSpacing"/>
        <w:numPr>
          <w:ilvl w:val="0"/>
          <w:numId w:val="10"/>
        </w:numPr>
        <w:ind w:left="0"/>
        <w:rPr>
          <w:rFonts w:ascii="Arial" w:hAnsi="Arial" w:cs="Arial"/>
          <w:i/>
          <w:iCs/>
        </w:rPr>
      </w:pPr>
      <w:proofErr w:type="spellStart"/>
      <w:r w:rsidRPr="005D6224">
        <w:rPr>
          <w:rFonts w:ascii="Arial" w:hAnsi="Arial" w:cs="Arial"/>
        </w:rPr>
        <w:t>Nodwyd</w:t>
      </w:r>
      <w:proofErr w:type="spellEnd"/>
      <w:r w:rsidRPr="005D6224">
        <w:rPr>
          <w:rFonts w:ascii="Arial" w:hAnsi="Arial" w:cs="Arial"/>
        </w:rPr>
        <w:t xml:space="preserve"> </w:t>
      </w:r>
      <w:proofErr w:type="spellStart"/>
      <w:r w:rsidRPr="005D6224">
        <w:rPr>
          <w:rFonts w:ascii="Arial" w:hAnsi="Arial" w:cs="Arial"/>
        </w:rPr>
        <w:t>hefyd</w:t>
      </w:r>
      <w:proofErr w:type="spellEnd"/>
      <w:r w:rsidRPr="005D6224">
        <w:rPr>
          <w:rFonts w:ascii="Arial" w:hAnsi="Arial" w:cs="Arial"/>
        </w:rPr>
        <w:t xml:space="preserve"> y </w:t>
      </w:r>
      <w:proofErr w:type="spellStart"/>
      <w:r w:rsidRPr="005D6224">
        <w:rPr>
          <w:rFonts w:ascii="Arial" w:hAnsi="Arial" w:cs="Arial"/>
        </w:rPr>
        <w:t>gallai</w:t>
      </w:r>
      <w:proofErr w:type="spellEnd"/>
      <w:r w:rsidRPr="005D6224">
        <w:rPr>
          <w:rFonts w:ascii="Arial" w:hAnsi="Arial" w:cs="Arial"/>
        </w:rPr>
        <w:t xml:space="preserve"> </w:t>
      </w:r>
      <w:proofErr w:type="spellStart"/>
      <w:r w:rsidRPr="005D6224">
        <w:rPr>
          <w:rFonts w:ascii="Arial" w:hAnsi="Arial" w:cs="Arial"/>
        </w:rPr>
        <w:t>fod</w:t>
      </w:r>
      <w:proofErr w:type="spellEnd"/>
      <w:r w:rsidRPr="005D6224">
        <w:rPr>
          <w:rFonts w:ascii="Arial" w:hAnsi="Arial" w:cs="Arial"/>
        </w:rPr>
        <w:t xml:space="preserve"> </w:t>
      </w:r>
      <w:proofErr w:type="spellStart"/>
      <w:r w:rsidRPr="005D6224">
        <w:rPr>
          <w:rFonts w:ascii="Arial" w:hAnsi="Arial" w:cs="Arial"/>
        </w:rPr>
        <w:t>angen</w:t>
      </w:r>
      <w:proofErr w:type="spellEnd"/>
      <w:r w:rsidRPr="005D6224">
        <w:rPr>
          <w:rFonts w:ascii="Arial" w:hAnsi="Arial" w:cs="Arial"/>
        </w:rPr>
        <w:t xml:space="preserve"> </w:t>
      </w:r>
      <w:proofErr w:type="spellStart"/>
      <w:r w:rsidRPr="005D6224">
        <w:rPr>
          <w:rFonts w:ascii="Arial" w:hAnsi="Arial" w:cs="Arial"/>
        </w:rPr>
        <w:t>cwblhau</w:t>
      </w:r>
      <w:proofErr w:type="spellEnd"/>
      <w:r w:rsidRPr="005D6224">
        <w:rPr>
          <w:rFonts w:ascii="Arial" w:hAnsi="Arial" w:cs="Arial"/>
        </w:rPr>
        <w:t xml:space="preserve"> </w:t>
      </w:r>
      <w:proofErr w:type="spellStart"/>
      <w:r w:rsidRPr="005D6224">
        <w:rPr>
          <w:rFonts w:ascii="Arial" w:hAnsi="Arial" w:cs="Arial"/>
        </w:rPr>
        <w:t>gwaith</w:t>
      </w:r>
      <w:proofErr w:type="spellEnd"/>
      <w:r w:rsidRPr="005D6224">
        <w:rPr>
          <w:rFonts w:ascii="Arial" w:hAnsi="Arial" w:cs="Arial"/>
        </w:rPr>
        <w:t xml:space="preserve"> </w:t>
      </w:r>
      <w:proofErr w:type="spellStart"/>
      <w:r w:rsidRPr="005D6224">
        <w:rPr>
          <w:rFonts w:ascii="Arial" w:hAnsi="Arial" w:cs="Arial"/>
        </w:rPr>
        <w:t>draenio'r</w:t>
      </w:r>
      <w:proofErr w:type="spellEnd"/>
      <w:r w:rsidRPr="005D6224">
        <w:rPr>
          <w:rFonts w:ascii="Arial" w:hAnsi="Arial" w:cs="Arial"/>
        </w:rPr>
        <w:t xml:space="preserve"> </w:t>
      </w:r>
      <w:proofErr w:type="spellStart"/>
      <w:r w:rsidRPr="005D6224">
        <w:rPr>
          <w:rFonts w:ascii="Arial" w:hAnsi="Arial" w:cs="Arial"/>
        </w:rPr>
        <w:t>fynwent</w:t>
      </w:r>
      <w:proofErr w:type="spellEnd"/>
      <w:r w:rsidRPr="005D6224">
        <w:rPr>
          <w:rFonts w:ascii="Arial" w:hAnsi="Arial" w:cs="Arial"/>
        </w:rPr>
        <w:t xml:space="preserve"> yn </w:t>
      </w:r>
      <w:proofErr w:type="spellStart"/>
      <w:r w:rsidRPr="005D6224">
        <w:rPr>
          <w:rFonts w:ascii="Arial" w:hAnsi="Arial" w:cs="Arial"/>
        </w:rPr>
        <w:t>ystod</w:t>
      </w:r>
      <w:proofErr w:type="spellEnd"/>
      <w:r w:rsidRPr="005D6224">
        <w:rPr>
          <w:rFonts w:ascii="Arial" w:hAnsi="Arial" w:cs="Arial"/>
        </w:rPr>
        <w:t xml:space="preserve"> y </w:t>
      </w:r>
      <w:proofErr w:type="spellStart"/>
      <w:r w:rsidRPr="005D6224">
        <w:rPr>
          <w:rFonts w:ascii="Arial" w:hAnsi="Arial" w:cs="Arial"/>
        </w:rPr>
        <w:t>flwyddyn</w:t>
      </w:r>
      <w:proofErr w:type="spellEnd"/>
      <w:r w:rsidRPr="005D6224">
        <w:rPr>
          <w:rFonts w:ascii="Arial" w:hAnsi="Arial" w:cs="Arial"/>
        </w:rPr>
        <w:t xml:space="preserve"> </w:t>
      </w:r>
      <w:proofErr w:type="spellStart"/>
      <w:r w:rsidRPr="005D6224">
        <w:rPr>
          <w:rFonts w:ascii="Arial" w:hAnsi="Arial" w:cs="Arial"/>
        </w:rPr>
        <w:t>ariannol</w:t>
      </w:r>
      <w:proofErr w:type="spellEnd"/>
      <w:r w:rsidRPr="005D6224">
        <w:rPr>
          <w:rFonts w:ascii="Arial" w:hAnsi="Arial" w:cs="Arial"/>
        </w:rPr>
        <w:t xml:space="preserve"> </w:t>
      </w:r>
      <w:proofErr w:type="spellStart"/>
      <w:r w:rsidRPr="005D6224">
        <w:rPr>
          <w:rFonts w:ascii="Arial" w:hAnsi="Arial" w:cs="Arial"/>
        </w:rPr>
        <w:t>nesaf</w:t>
      </w:r>
      <w:proofErr w:type="spellEnd"/>
      <w:r w:rsidRPr="005D6224">
        <w:rPr>
          <w:rFonts w:ascii="Arial" w:hAnsi="Arial" w:cs="Arial"/>
        </w:rPr>
        <w:t xml:space="preserve">. </w:t>
      </w:r>
      <w:proofErr w:type="spellStart"/>
      <w:r w:rsidRPr="005D6224">
        <w:rPr>
          <w:rFonts w:ascii="Arial" w:hAnsi="Arial" w:cs="Arial"/>
        </w:rPr>
        <w:t>Pwysleisiwyd</w:t>
      </w:r>
      <w:proofErr w:type="spellEnd"/>
      <w:r w:rsidRPr="005D6224">
        <w:rPr>
          <w:rFonts w:ascii="Arial" w:hAnsi="Arial" w:cs="Arial"/>
        </w:rPr>
        <w:t xml:space="preserve"> yr </w:t>
      </w:r>
      <w:proofErr w:type="spellStart"/>
      <w:r w:rsidRPr="005D6224">
        <w:rPr>
          <w:rFonts w:ascii="Arial" w:hAnsi="Arial" w:cs="Arial"/>
        </w:rPr>
        <w:t>angen</w:t>
      </w:r>
      <w:proofErr w:type="spellEnd"/>
      <w:r w:rsidRPr="005D6224">
        <w:rPr>
          <w:rFonts w:ascii="Arial" w:hAnsi="Arial" w:cs="Arial"/>
        </w:rPr>
        <w:t xml:space="preserve"> i </w:t>
      </w:r>
      <w:proofErr w:type="spellStart"/>
      <w:r w:rsidRPr="005D6224">
        <w:rPr>
          <w:rFonts w:ascii="Arial" w:hAnsi="Arial" w:cs="Arial"/>
        </w:rPr>
        <w:t>gadw</w:t>
      </w:r>
      <w:proofErr w:type="spellEnd"/>
      <w:r w:rsidRPr="005D6224">
        <w:rPr>
          <w:rFonts w:ascii="Arial" w:hAnsi="Arial" w:cs="Arial"/>
        </w:rPr>
        <w:t xml:space="preserve"> </w:t>
      </w:r>
      <w:proofErr w:type="spellStart"/>
      <w:r w:rsidRPr="005D6224">
        <w:rPr>
          <w:rFonts w:ascii="Arial" w:hAnsi="Arial" w:cs="Arial"/>
        </w:rPr>
        <w:t>hyn</w:t>
      </w:r>
      <w:proofErr w:type="spellEnd"/>
      <w:r w:rsidRPr="005D6224">
        <w:rPr>
          <w:rFonts w:ascii="Arial" w:hAnsi="Arial" w:cs="Arial"/>
        </w:rPr>
        <w:t xml:space="preserve"> </w:t>
      </w:r>
      <w:proofErr w:type="spellStart"/>
      <w:r w:rsidRPr="005D6224">
        <w:rPr>
          <w:rFonts w:ascii="Arial" w:hAnsi="Arial" w:cs="Arial"/>
        </w:rPr>
        <w:t>mewn</w:t>
      </w:r>
      <w:proofErr w:type="spellEnd"/>
      <w:r w:rsidRPr="005D6224">
        <w:rPr>
          <w:rFonts w:ascii="Arial" w:hAnsi="Arial" w:cs="Arial"/>
        </w:rPr>
        <w:t xml:space="preserve"> </w:t>
      </w:r>
      <w:proofErr w:type="spellStart"/>
      <w:r w:rsidRPr="005D6224">
        <w:rPr>
          <w:rFonts w:ascii="Arial" w:hAnsi="Arial" w:cs="Arial"/>
        </w:rPr>
        <w:t>cof</w:t>
      </w:r>
      <w:proofErr w:type="spellEnd"/>
      <w:r w:rsidRPr="005D6224">
        <w:rPr>
          <w:rFonts w:ascii="Arial" w:hAnsi="Arial" w:cs="Arial"/>
        </w:rPr>
        <w:t xml:space="preserve"> </w:t>
      </w:r>
      <w:proofErr w:type="spellStart"/>
      <w:r w:rsidRPr="005D6224">
        <w:rPr>
          <w:rFonts w:ascii="Arial" w:hAnsi="Arial" w:cs="Arial"/>
        </w:rPr>
        <w:t>wrth</w:t>
      </w:r>
      <w:proofErr w:type="spellEnd"/>
      <w:r w:rsidRPr="005D6224">
        <w:rPr>
          <w:rFonts w:ascii="Arial" w:hAnsi="Arial" w:cs="Arial"/>
        </w:rPr>
        <w:t xml:space="preserve"> </w:t>
      </w:r>
      <w:proofErr w:type="spellStart"/>
      <w:r w:rsidRPr="005D6224">
        <w:rPr>
          <w:rFonts w:ascii="Arial" w:hAnsi="Arial" w:cs="Arial"/>
        </w:rPr>
        <w:t>gynllunio'r</w:t>
      </w:r>
      <w:proofErr w:type="spellEnd"/>
      <w:r w:rsidRPr="005D6224">
        <w:rPr>
          <w:rFonts w:ascii="Arial" w:hAnsi="Arial" w:cs="Arial"/>
        </w:rPr>
        <w:t xml:space="preserve"> </w:t>
      </w:r>
      <w:proofErr w:type="spellStart"/>
      <w:r w:rsidRPr="005D6224">
        <w:rPr>
          <w:rFonts w:ascii="Arial" w:hAnsi="Arial" w:cs="Arial"/>
        </w:rPr>
        <w:t>gyllideb</w:t>
      </w:r>
      <w:proofErr w:type="spellEnd"/>
      <w:r w:rsidRPr="005D6224">
        <w:rPr>
          <w:rFonts w:ascii="Arial" w:hAnsi="Arial" w:cs="Arial"/>
        </w:rPr>
        <w:t xml:space="preserve"> a </w:t>
      </w:r>
      <w:proofErr w:type="spellStart"/>
      <w:r w:rsidRPr="005D6224">
        <w:rPr>
          <w:rFonts w:ascii="Arial" w:hAnsi="Arial" w:cs="Arial"/>
        </w:rPr>
        <w:t>sicrhau</w:t>
      </w:r>
      <w:proofErr w:type="spellEnd"/>
      <w:r w:rsidRPr="005D6224">
        <w:rPr>
          <w:rFonts w:ascii="Arial" w:hAnsi="Arial" w:cs="Arial"/>
        </w:rPr>
        <w:t xml:space="preserve"> bod </w:t>
      </w:r>
      <w:proofErr w:type="spellStart"/>
      <w:r w:rsidRPr="005D6224">
        <w:rPr>
          <w:rFonts w:ascii="Arial" w:hAnsi="Arial" w:cs="Arial"/>
        </w:rPr>
        <w:t>cronfeydd</w:t>
      </w:r>
      <w:proofErr w:type="spellEnd"/>
      <w:r w:rsidRPr="005D6224">
        <w:rPr>
          <w:rFonts w:ascii="Arial" w:hAnsi="Arial" w:cs="Arial"/>
        </w:rPr>
        <w:t xml:space="preserve"> </w:t>
      </w:r>
      <w:proofErr w:type="spellStart"/>
      <w:r w:rsidRPr="005D6224">
        <w:rPr>
          <w:rFonts w:ascii="Arial" w:hAnsi="Arial" w:cs="Arial"/>
        </w:rPr>
        <w:t>wrth</w:t>
      </w:r>
      <w:proofErr w:type="spellEnd"/>
      <w:r w:rsidRPr="005D6224">
        <w:rPr>
          <w:rFonts w:ascii="Arial" w:hAnsi="Arial" w:cs="Arial"/>
        </w:rPr>
        <w:t xml:space="preserve"> </w:t>
      </w:r>
      <w:proofErr w:type="spellStart"/>
      <w:r w:rsidRPr="005D6224">
        <w:rPr>
          <w:rFonts w:ascii="Arial" w:hAnsi="Arial" w:cs="Arial"/>
        </w:rPr>
        <w:t>gefn</w:t>
      </w:r>
      <w:proofErr w:type="spellEnd"/>
      <w:r w:rsidRPr="005D6224">
        <w:rPr>
          <w:rFonts w:ascii="Arial" w:hAnsi="Arial" w:cs="Arial"/>
        </w:rPr>
        <w:t xml:space="preserve"> </w:t>
      </w:r>
      <w:proofErr w:type="spellStart"/>
      <w:r w:rsidRPr="005D6224">
        <w:rPr>
          <w:rFonts w:ascii="Arial" w:hAnsi="Arial" w:cs="Arial"/>
        </w:rPr>
        <w:t>digonol</w:t>
      </w:r>
      <w:proofErr w:type="spellEnd"/>
      <w:r w:rsidRPr="005D6224">
        <w:rPr>
          <w:rFonts w:ascii="Arial" w:hAnsi="Arial" w:cs="Arial"/>
        </w:rPr>
        <w:t xml:space="preserve"> ar </w:t>
      </w:r>
      <w:proofErr w:type="spellStart"/>
      <w:r w:rsidRPr="005D6224">
        <w:rPr>
          <w:rFonts w:ascii="Arial" w:hAnsi="Arial" w:cs="Arial"/>
        </w:rPr>
        <w:t>gael</w:t>
      </w:r>
      <w:proofErr w:type="spellEnd"/>
      <w:r w:rsidRPr="005D6224">
        <w:rPr>
          <w:rFonts w:ascii="Arial" w:hAnsi="Arial" w:cs="Arial"/>
        </w:rPr>
        <w:t xml:space="preserve"> i </w:t>
      </w:r>
      <w:proofErr w:type="spellStart"/>
      <w:r w:rsidRPr="005D6224">
        <w:rPr>
          <w:rFonts w:ascii="Arial" w:hAnsi="Arial" w:cs="Arial"/>
        </w:rPr>
        <w:t>dalu</w:t>
      </w:r>
      <w:proofErr w:type="spellEnd"/>
      <w:r w:rsidRPr="005D6224">
        <w:rPr>
          <w:rFonts w:ascii="Arial" w:hAnsi="Arial" w:cs="Arial"/>
        </w:rPr>
        <w:t xml:space="preserve"> am y </w:t>
      </w:r>
      <w:proofErr w:type="spellStart"/>
      <w:r w:rsidRPr="005D6224">
        <w:rPr>
          <w:rFonts w:ascii="Arial" w:hAnsi="Arial" w:cs="Arial"/>
        </w:rPr>
        <w:t>gwaith</w:t>
      </w:r>
      <w:proofErr w:type="spellEnd"/>
      <w:r w:rsidRPr="005D6224">
        <w:rPr>
          <w:rFonts w:ascii="Arial" w:hAnsi="Arial" w:cs="Arial"/>
        </w:rPr>
        <w:t xml:space="preserve"> pe bai </w:t>
      </w:r>
      <w:proofErr w:type="spellStart"/>
      <w:r w:rsidRPr="005D6224">
        <w:rPr>
          <w:rFonts w:ascii="Arial" w:hAnsi="Arial" w:cs="Arial"/>
        </w:rPr>
        <w:t>angen</w:t>
      </w:r>
      <w:proofErr w:type="spellEnd"/>
      <w:r w:rsidRPr="005D6224">
        <w:rPr>
          <w:rFonts w:ascii="Arial" w:hAnsi="Arial" w:cs="Arial"/>
        </w:rPr>
        <w:t xml:space="preserve"> |</w:t>
      </w:r>
      <w:r>
        <w:rPr>
          <w:rFonts w:ascii="Arial" w:hAnsi="Arial" w:cs="Arial"/>
          <w:b/>
          <w:bCs/>
        </w:rPr>
        <w:t xml:space="preserve"> </w:t>
      </w:r>
      <w:r w:rsidRPr="005D6224">
        <w:rPr>
          <w:rFonts w:ascii="Arial" w:hAnsi="Arial" w:cs="Arial"/>
          <w:i/>
          <w:iCs/>
        </w:rPr>
        <w:t>It was also noted that the cemetery drainage works may still need to be undertaken during the next financial year. Members acknowledged the importance of taking this into consideration when planning future budgets and maintaining sufficient reserves to cover the potential costs.</w:t>
      </w:r>
    </w:p>
    <w:p w14:paraId="23ECAE40" w14:textId="3F061244" w:rsidR="000229EC" w:rsidRPr="000229EC" w:rsidRDefault="000229EC" w:rsidP="00941682">
      <w:pPr>
        <w:pStyle w:val="NoSpacing"/>
        <w:numPr>
          <w:ilvl w:val="0"/>
          <w:numId w:val="10"/>
        </w:numPr>
        <w:ind w:left="0"/>
        <w:rPr>
          <w:rFonts w:ascii="Arial" w:hAnsi="Arial" w:cs="Arial"/>
          <w:i/>
          <w:iCs/>
          <w:lang w:val="en-GB"/>
        </w:rPr>
      </w:pPr>
      <w:proofErr w:type="spellStart"/>
      <w:r w:rsidRPr="000229EC">
        <w:rPr>
          <w:rFonts w:ascii="Arial" w:hAnsi="Arial" w:cs="Arial"/>
          <w:lang w:val="en-GB"/>
        </w:rPr>
        <w:t>Cydnabuwyd</w:t>
      </w:r>
      <w:proofErr w:type="spellEnd"/>
      <w:r w:rsidRPr="000229EC">
        <w:rPr>
          <w:rFonts w:ascii="Arial" w:hAnsi="Arial" w:cs="Arial"/>
          <w:lang w:val="en-GB"/>
        </w:rPr>
        <w:t xml:space="preserve"> bod y </w:t>
      </w:r>
      <w:proofErr w:type="spellStart"/>
      <w:r w:rsidRPr="000229EC">
        <w:rPr>
          <w:rFonts w:ascii="Arial" w:hAnsi="Arial" w:cs="Arial"/>
          <w:lang w:val="en-GB"/>
        </w:rPr>
        <w:t>Swyddog</w:t>
      </w:r>
      <w:proofErr w:type="spellEnd"/>
      <w:r w:rsidRPr="000229EC">
        <w:rPr>
          <w:rFonts w:ascii="Arial" w:hAnsi="Arial" w:cs="Arial"/>
          <w:lang w:val="en-GB"/>
        </w:rPr>
        <w:t xml:space="preserve"> </w:t>
      </w:r>
      <w:proofErr w:type="spellStart"/>
      <w:r w:rsidRPr="000229EC">
        <w:rPr>
          <w:rFonts w:ascii="Arial" w:hAnsi="Arial" w:cs="Arial"/>
          <w:lang w:val="en-GB"/>
        </w:rPr>
        <w:t>Ariannol</w:t>
      </w:r>
      <w:proofErr w:type="spellEnd"/>
      <w:r w:rsidRPr="000229EC">
        <w:rPr>
          <w:rFonts w:ascii="Arial" w:hAnsi="Arial" w:cs="Arial"/>
          <w:lang w:val="en-GB"/>
        </w:rPr>
        <w:t xml:space="preserve"> </w:t>
      </w:r>
      <w:proofErr w:type="spellStart"/>
      <w:r w:rsidRPr="000229EC">
        <w:rPr>
          <w:rFonts w:ascii="Arial" w:hAnsi="Arial" w:cs="Arial"/>
          <w:lang w:val="en-GB"/>
        </w:rPr>
        <w:t>Cyfrifol</w:t>
      </w:r>
      <w:proofErr w:type="spellEnd"/>
      <w:r w:rsidRPr="000229EC">
        <w:rPr>
          <w:rFonts w:ascii="Arial" w:hAnsi="Arial" w:cs="Arial"/>
          <w:lang w:val="en-GB"/>
        </w:rPr>
        <w:t xml:space="preserve"> (SAC) </w:t>
      </w:r>
      <w:proofErr w:type="spellStart"/>
      <w:r w:rsidRPr="000229EC">
        <w:rPr>
          <w:rFonts w:ascii="Arial" w:hAnsi="Arial" w:cs="Arial"/>
          <w:lang w:val="en-GB"/>
        </w:rPr>
        <w:t>wedi</w:t>
      </w:r>
      <w:proofErr w:type="spellEnd"/>
      <w:r w:rsidRPr="000229EC">
        <w:rPr>
          <w:rFonts w:ascii="Arial" w:hAnsi="Arial" w:cs="Arial"/>
          <w:lang w:val="en-GB"/>
        </w:rPr>
        <w:t xml:space="preserve"> </w:t>
      </w:r>
      <w:proofErr w:type="spellStart"/>
      <w:r w:rsidRPr="000229EC">
        <w:rPr>
          <w:rFonts w:ascii="Arial" w:hAnsi="Arial" w:cs="Arial"/>
          <w:lang w:val="en-GB"/>
        </w:rPr>
        <w:t>rheoli'r</w:t>
      </w:r>
      <w:proofErr w:type="spellEnd"/>
      <w:r w:rsidRPr="000229EC">
        <w:rPr>
          <w:rFonts w:ascii="Arial" w:hAnsi="Arial" w:cs="Arial"/>
          <w:lang w:val="en-GB"/>
        </w:rPr>
        <w:t xml:space="preserve"> </w:t>
      </w:r>
      <w:proofErr w:type="spellStart"/>
      <w:r w:rsidRPr="000229EC">
        <w:rPr>
          <w:rFonts w:ascii="Arial" w:hAnsi="Arial" w:cs="Arial"/>
          <w:lang w:val="en-GB"/>
        </w:rPr>
        <w:t>gyllideb</w:t>
      </w:r>
      <w:proofErr w:type="spellEnd"/>
      <w:r w:rsidRPr="000229EC">
        <w:rPr>
          <w:rFonts w:ascii="Arial" w:hAnsi="Arial" w:cs="Arial"/>
          <w:lang w:val="en-GB"/>
        </w:rPr>
        <w:t xml:space="preserve"> yn </w:t>
      </w:r>
      <w:proofErr w:type="spellStart"/>
      <w:r w:rsidRPr="000229EC">
        <w:rPr>
          <w:rFonts w:ascii="Arial" w:hAnsi="Arial" w:cs="Arial"/>
          <w:lang w:val="en-GB"/>
        </w:rPr>
        <w:t>effeithiol</w:t>
      </w:r>
      <w:proofErr w:type="spellEnd"/>
      <w:r w:rsidRPr="000229EC">
        <w:rPr>
          <w:rFonts w:ascii="Arial" w:hAnsi="Arial" w:cs="Arial"/>
          <w:lang w:val="en-GB"/>
        </w:rPr>
        <w:t xml:space="preserve">, </w:t>
      </w:r>
      <w:proofErr w:type="spellStart"/>
      <w:r w:rsidRPr="000229EC">
        <w:rPr>
          <w:rFonts w:ascii="Arial" w:hAnsi="Arial" w:cs="Arial"/>
          <w:lang w:val="en-GB"/>
        </w:rPr>
        <w:t>gyda</w:t>
      </w:r>
      <w:proofErr w:type="spellEnd"/>
      <w:r w:rsidRPr="000229EC">
        <w:rPr>
          <w:rFonts w:ascii="Arial" w:hAnsi="Arial" w:cs="Arial"/>
          <w:lang w:val="en-GB"/>
        </w:rPr>
        <w:t xml:space="preserve"> </w:t>
      </w:r>
      <w:proofErr w:type="spellStart"/>
      <w:r w:rsidRPr="000229EC">
        <w:rPr>
          <w:rFonts w:ascii="Arial" w:hAnsi="Arial" w:cs="Arial"/>
          <w:lang w:val="en-GB"/>
        </w:rPr>
        <w:t>thanwariant</w:t>
      </w:r>
      <w:proofErr w:type="spellEnd"/>
      <w:r w:rsidRPr="000229EC">
        <w:rPr>
          <w:rFonts w:ascii="Arial" w:hAnsi="Arial" w:cs="Arial"/>
          <w:lang w:val="en-GB"/>
        </w:rPr>
        <w:t xml:space="preserve"> </w:t>
      </w:r>
      <w:proofErr w:type="spellStart"/>
      <w:r w:rsidRPr="000229EC">
        <w:rPr>
          <w:rFonts w:ascii="Arial" w:hAnsi="Arial" w:cs="Arial"/>
          <w:lang w:val="en-GB"/>
        </w:rPr>
        <w:t>cyffredinol</w:t>
      </w:r>
      <w:proofErr w:type="spellEnd"/>
      <w:r w:rsidRPr="000229EC">
        <w:rPr>
          <w:rFonts w:ascii="Arial" w:hAnsi="Arial" w:cs="Arial"/>
          <w:lang w:val="en-GB"/>
        </w:rPr>
        <w:t xml:space="preserve"> o £49,580 yn </w:t>
      </w:r>
      <w:proofErr w:type="spellStart"/>
      <w:r w:rsidRPr="000229EC">
        <w:rPr>
          <w:rFonts w:ascii="Arial" w:hAnsi="Arial" w:cs="Arial"/>
          <w:lang w:val="en-GB"/>
        </w:rPr>
        <w:t>cael</w:t>
      </w:r>
      <w:proofErr w:type="spellEnd"/>
      <w:r w:rsidRPr="000229EC">
        <w:rPr>
          <w:rFonts w:ascii="Arial" w:hAnsi="Arial" w:cs="Arial"/>
          <w:lang w:val="en-GB"/>
        </w:rPr>
        <w:t xml:space="preserve"> </w:t>
      </w:r>
      <w:proofErr w:type="spellStart"/>
      <w:r w:rsidRPr="000229EC">
        <w:rPr>
          <w:rFonts w:ascii="Arial" w:hAnsi="Arial" w:cs="Arial"/>
          <w:lang w:val="en-GB"/>
        </w:rPr>
        <w:t>ei</w:t>
      </w:r>
      <w:proofErr w:type="spellEnd"/>
      <w:r w:rsidRPr="000229EC">
        <w:rPr>
          <w:rFonts w:ascii="Arial" w:hAnsi="Arial" w:cs="Arial"/>
          <w:lang w:val="en-GB"/>
        </w:rPr>
        <w:t xml:space="preserve"> </w:t>
      </w:r>
      <w:proofErr w:type="spellStart"/>
      <w:r w:rsidRPr="000229EC">
        <w:rPr>
          <w:rFonts w:ascii="Arial" w:hAnsi="Arial" w:cs="Arial"/>
          <w:lang w:val="en-GB"/>
        </w:rPr>
        <w:t>ragweld</w:t>
      </w:r>
      <w:proofErr w:type="spellEnd"/>
      <w:r w:rsidRPr="000229EC">
        <w:rPr>
          <w:rFonts w:ascii="Arial" w:hAnsi="Arial" w:cs="Arial"/>
          <w:lang w:val="en-GB"/>
        </w:rPr>
        <w:t xml:space="preserve"> ar </w:t>
      </w:r>
      <w:proofErr w:type="spellStart"/>
      <w:r w:rsidRPr="000229EC">
        <w:rPr>
          <w:rFonts w:ascii="Arial" w:hAnsi="Arial" w:cs="Arial"/>
          <w:lang w:val="en-GB"/>
        </w:rPr>
        <w:t>gyfer</w:t>
      </w:r>
      <w:proofErr w:type="spellEnd"/>
      <w:r w:rsidRPr="000229EC">
        <w:rPr>
          <w:rFonts w:ascii="Arial" w:hAnsi="Arial" w:cs="Arial"/>
          <w:lang w:val="en-GB"/>
        </w:rPr>
        <w:t xml:space="preserve"> y </w:t>
      </w:r>
      <w:proofErr w:type="spellStart"/>
      <w:r w:rsidRPr="000229EC">
        <w:rPr>
          <w:rFonts w:ascii="Arial" w:hAnsi="Arial" w:cs="Arial"/>
          <w:lang w:val="en-GB"/>
        </w:rPr>
        <w:t>flwyddyn</w:t>
      </w:r>
      <w:proofErr w:type="spellEnd"/>
      <w:r w:rsidRPr="000229EC">
        <w:rPr>
          <w:rFonts w:ascii="Arial" w:hAnsi="Arial" w:cs="Arial"/>
          <w:lang w:val="en-GB"/>
        </w:rPr>
        <w:t xml:space="preserve"> </w:t>
      </w:r>
      <w:proofErr w:type="spellStart"/>
      <w:r w:rsidRPr="000229EC">
        <w:rPr>
          <w:rFonts w:ascii="Arial" w:hAnsi="Arial" w:cs="Arial"/>
          <w:lang w:val="en-GB"/>
        </w:rPr>
        <w:t>ariannol</w:t>
      </w:r>
      <w:proofErr w:type="spellEnd"/>
      <w:r>
        <w:rPr>
          <w:rFonts w:ascii="Arial" w:hAnsi="Arial" w:cs="Arial"/>
          <w:lang w:val="en-GB"/>
        </w:rPr>
        <w:t xml:space="preserve"> </w:t>
      </w:r>
      <w:r w:rsidRPr="000229EC">
        <w:rPr>
          <w:rFonts w:ascii="Arial" w:hAnsi="Arial" w:cs="Arial"/>
          <w:i/>
          <w:iCs/>
          <w:lang w:val="en-GB"/>
        </w:rPr>
        <w:t>Members acknowledged that the Responsible Financial Officer (RFO) had managed the budget effectively, with an overall forecast underspend of £49,580 for the financial year.</w:t>
      </w:r>
    </w:p>
    <w:p w14:paraId="27C93115" w14:textId="77777777" w:rsidR="005D6224" w:rsidRDefault="005D6224" w:rsidP="005D6224">
      <w:pPr>
        <w:pStyle w:val="NoSpacing"/>
        <w:jc w:val="center"/>
        <w:rPr>
          <w:rFonts w:ascii="Arial" w:hAnsi="Arial" w:cs="Arial"/>
          <w:b/>
          <w:bCs/>
        </w:rPr>
      </w:pPr>
    </w:p>
    <w:p w14:paraId="5A5DE26C" w14:textId="77777777" w:rsidR="005D6224" w:rsidRPr="005D6224" w:rsidRDefault="005D6224" w:rsidP="005D6224">
      <w:pPr>
        <w:pStyle w:val="NoSpacing"/>
        <w:jc w:val="center"/>
        <w:rPr>
          <w:rFonts w:ascii="Arial" w:hAnsi="Arial" w:cs="Arial"/>
          <w:b/>
          <w:bCs/>
          <w:lang w:val="en-GB"/>
        </w:rPr>
      </w:pPr>
      <w:proofErr w:type="spellStart"/>
      <w:r w:rsidRPr="005D6224">
        <w:rPr>
          <w:rFonts w:ascii="Arial" w:hAnsi="Arial" w:cs="Arial"/>
          <w:b/>
          <w:bCs/>
          <w:lang w:val="en-GB"/>
        </w:rPr>
        <w:t>Daeth</w:t>
      </w:r>
      <w:proofErr w:type="spellEnd"/>
      <w:r w:rsidRPr="005D6224">
        <w:rPr>
          <w:rFonts w:ascii="Arial" w:hAnsi="Arial" w:cs="Arial"/>
          <w:b/>
          <w:bCs/>
          <w:lang w:val="en-GB"/>
        </w:rPr>
        <w:t xml:space="preserve"> y </w:t>
      </w:r>
      <w:proofErr w:type="spellStart"/>
      <w:r w:rsidRPr="005D6224">
        <w:rPr>
          <w:rFonts w:ascii="Arial" w:hAnsi="Arial" w:cs="Arial"/>
          <w:b/>
          <w:bCs/>
          <w:lang w:val="en-GB"/>
        </w:rPr>
        <w:t>cyfarfod</w:t>
      </w:r>
      <w:proofErr w:type="spellEnd"/>
      <w:r w:rsidRPr="005D6224">
        <w:rPr>
          <w:rFonts w:ascii="Arial" w:hAnsi="Arial" w:cs="Arial"/>
          <w:b/>
          <w:bCs/>
          <w:lang w:val="en-GB"/>
        </w:rPr>
        <w:t xml:space="preserve"> i ben am 16:30 | </w:t>
      </w:r>
      <w:r w:rsidRPr="000229EC">
        <w:rPr>
          <w:rFonts w:ascii="Arial" w:hAnsi="Arial" w:cs="Arial"/>
          <w:b/>
          <w:bCs/>
          <w:i/>
          <w:iCs/>
          <w:lang w:val="en-GB"/>
        </w:rPr>
        <w:t>The meeting closed at</w:t>
      </w:r>
      <w:r w:rsidRPr="005D6224">
        <w:rPr>
          <w:rFonts w:ascii="Arial" w:hAnsi="Arial" w:cs="Arial"/>
          <w:b/>
          <w:bCs/>
          <w:lang w:val="en-GB"/>
        </w:rPr>
        <w:t xml:space="preserve"> 16:30</w:t>
      </w:r>
    </w:p>
    <w:sectPr w:rsidR="005D6224" w:rsidRPr="005D6224" w:rsidSect="000229EC">
      <w:pgSz w:w="12240" w:h="15840"/>
      <w:pgMar w:top="284" w:right="616"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EA231C"/>
    <w:multiLevelType w:val="hybridMultilevel"/>
    <w:tmpl w:val="C6CC0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1644946">
    <w:abstractNumId w:val="8"/>
  </w:num>
  <w:num w:numId="2" w16cid:durableId="1448428090">
    <w:abstractNumId w:val="6"/>
  </w:num>
  <w:num w:numId="3" w16cid:durableId="1883904041">
    <w:abstractNumId w:val="5"/>
  </w:num>
  <w:num w:numId="4" w16cid:durableId="574977632">
    <w:abstractNumId w:val="4"/>
  </w:num>
  <w:num w:numId="5" w16cid:durableId="1686058823">
    <w:abstractNumId w:val="7"/>
  </w:num>
  <w:num w:numId="6" w16cid:durableId="788822166">
    <w:abstractNumId w:val="3"/>
  </w:num>
  <w:num w:numId="7" w16cid:durableId="334000415">
    <w:abstractNumId w:val="2"/>
  </w:num>
  <w:num w:numId="8" w16cid:durableId="762453466">
    <w:abstractNumId w:val="1"/>
  </w:num>
  <w:num w:numId="9" w16cid:durableId="1012491243">
    <w:abstractNumId w:val="0"/>
  </w:num>
  <w:num w:numId="10" w16cid:durableId="11117792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633"/>
    <w:rsid w:val="000229EC"/>
    <w:rsid w:val="00034616"/>
    <w:rsid w:val="0006063C"/>
    <w:rsid w:val="0015074B"/>
    <w:rsid w:val="0029639D"/>
    <w:rsid w:val="00326F90"/>
    <w:rsid w:val="004527FD"/>
    <w:rsid w:val="005D6224"/>
    <w:rsid w:val="00941682"/>
    <w:rsid w:val="00AA1D8D"/>
    <w:rsid w:val="00B47730"/>
    <w:rsid w:val="00C824D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92C436"/>
  <w14:defaultImageDpi w14:val="300"/>
  <w15:docId w15:val="{E26F6C61-3413-45E2-A162-15DE8A4B1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229E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Cyngor Cymuned Llanfair Mathafarn Eithaf</cp:lastModifiedBy>
  <cp:revision>3</cp:revision>
  <dcterms:created xsi:type="dcterms:W3CDTF">2026-10-18T14:55:00Z</dcterms:created>
  <dcterms:modified xsi:type="dcterms:W3CDTF">2026-10-18T14:56:00Z</dcterms:modified>
  <cp:category/>
</cp:coreProperties>
</file>